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t>…………………… (miejscowość), …………………… (data)</w:t>
      </w:r>
    </w:p>
    <w:p>
      <w:pPr>
        <w:jc w:val="left"/>
      </w:pPr>
      <w:r>
        <w:rPr>
          <w:b/>
        </w:rPr>
        <w:t>ZGODA NA WYJAZD DZIECKA ZA GRANICĘ</w:t>
      </w:r>
      <w:r>
        <w:br/>
      </w:r>
      <w:r>
        <w:t>CONSENT FOR A MINOR TO TRAVEL ABROAD</w:t>
      </w:r>
    </w:p>
    <w:p>
      <w:pPr>
        <w:jc w:val="left"/>
      </w:pPr>
      <w:r>
        <w:t>Ja, niżej podpisany/a / I, the undersigned: …………………… (imię i nazwisko rodzica), ur. / born …………………… (data urodzenia), dowód osobisty / ID no. …………………… (seria i numer), zam. / address …………………… (adres), tel. …………………… (telefon),</w:t>
      </w:r>
    </w:p>
    <w:p>
      <w:pPr>
        <w:jc w:val="left"/>
      </w:pPr>
      <w:r>
        <w:t>jako rodzic dziecka / as a parent of: …………………… (imię i nazwisko dziecka), ur. / born …………………… (data urodzenia dziecka), paszport lub dowód / passport or ID no. …………………… (numer dokumentu dziecka),</w:t>
      </w:r>
    </w:p>
    <w:p>
      <w:pPr>
        <w:jc w:val="left"/>
      </w:pPr>
      <w:r>
        <w:t>wyrażam zgodę na wyjazd dziecka do / hereby consent to the child's travel to: …………………… (kraj, miasto),</w:t>
      </w:r>
    </w:p>
    <w:p>
      <w:pPr>
        <w:jc w:val="left"/>
      </w:pPr>
      <w:r>
        <w:t>w terminie / in the period: od / from …………………… (data) do / to …………………… (data),</w:t>
      </w:r>
    </w:p>
    <w:p>
      <w:pPr>
        <w:jc w:val="left"/>
      </w:pPr>
      <w:r>
        <w:t>pod opieką / accompanied by: …………………… (imię i nazwisko osoby towarzyszącej, pokrewieństwo, numer dokumentu).</w:t>
      </w:r>
    </w:p>
    <w:p>
      <w:r>
        <w:rPr>
          <w:i/>
          <w:color w:val="5B6573"/>
        </w:rPr>
        <w:t>(Opcjonalnie: Wyrażam również zgodę na udzielenie dziecku niezbędnej pomocy medycznej w razie nagłej potrzeby. / I also consent to necessary emergency medical treatment for the child.)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podpis rodzica / parent's signature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blogg.pl/wzory/zgoda-na-wyjazd-dziecka-za-granice/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wyjazd dziecka za granicę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