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left"/>
      </w:pPr>
      <w:r>
        <w:t>.............................................</w:t>
        <w:br/>
      </w:r>
      <w:r>
        <w:rPr>
          <w:sz w:val="18"/>
        </w:rPr>
        <w:t>imię i nazwisko</w:t>
      </w:r>
    </w:p>
    <w:p>
      <w:pPr>
        <w:spacing w:after="40"/>
        <w:jc w:val="left"/>
      </w:pPr>
      <w:r>
        <w:t>.............................................</w:t>
        <w:br/>
      </w:r>
      <w:r>
        <w:rPr>
          <w:sz w:val="18"/>
        </w:rPr>
        <w:t>adres</w:t>
      </w:r>
    </w:p>
    <w:p>
      <w:pPr>
        <w:spacing w:after="40"/>
        <w:jc w:val="left"/>
      </w:pPr>
      <w:r>
        <w:t>.............................................</w:t>
        <w:br/>
      </w:r>
      <w:r>
        <w:rPr>
          <w:sz w:val="18"/>
        </w:rPr>
        <w:t>PESEL</w:t>
      </w:r>
    </w:p>
    <w:p>
      <w:pPr>
        <w:spacing w:after="40"/>
        <w:jc w:val="left"/>
      </w:pPr>
      <w:r>
        <w:t>.............................................</w:t>
        <w:br/>
      </w:r>
      <w:r>
        <w:rPr>
          <w:sz w:val="18"/>
        </w:rPr>
        <w:t>telefon lub e-mail</w:t>
      </w:r>
    </w:p>
    <w:p/>
    <w:p>
      <w:pPr>
        <w:jc w:val="left"/>
      </w:pPr>
      <w:r>
        <w:t>…………………… (miejscowość), …………………… (data)</w:t>
      </w:r>
    </w:p>
    <w:p>
      <w:pPr>
        <w:jc w:val="left"/>
      </w:pPr>
      <w:r>
        <w:t>…………………… (Starosta / Prezydent Miasta …)</w:t>
      </w:r>
      <w:r>
        <w:br/>
      </w:r>
      <w:r>
        <w:t>Wydział Komunikacji</w:t>
      </w:r>
      <w:r>
        <w:br/>
      </w:r>
      <w:r>
        <w:t>…………………… (adres urzędu)</w:t>
      </w:r>
    </w:p>
    <w:p>
      <w:pPr>
        <w:jc w:val="center"/>
      </w:pPr>
      <w:r>
        <w:rPr>
          <w:b/>
          <w:sz w:val="26"/>
        </w:rPr>
        <w:t>ZAWIADOMIENIE O ZBYCIU POJAZDU</w:t>
      </w:r>
    </w:p>
    <w:p>
      <w:pPr>
        <w:jc w:val="left"/>
      </w:pPr>
      <w:r>
        <w:t>Zawiadamiam, że w dniu …………………… (data sprzedaży) zbyłem/am pojazd:</w:t>
      </w:r>
    </w:p>
    <w:p>
      <w:pPr>
        <w:jc w:val="left"/>
      </w:pPr>
      <w:r>
        <w:t>marka i model: …………………… (marka i model)</w:t>
      </w:r>
      <w:r>
        <w:br/>
      </w:r>
      <w:r>
        <w:t>numer rejestracyjny: …………………… (numer rejestracyjny)</w:t>
      </w:r>
      <w:r>
        <w:br/>
      </w:r>
      <w:r>
        <w:t>numer VIN: …………………… (numer VIN)</w:t>
      </w:r>
      <w:r>
        <w:br/>
      </w:r>
      <w:r>
        <w:t>rok produkcji: …………………… (rok)</w:t>
      </w:r>
    </w:p>
    <w:p>
      <w:pPr>
        <w:jc w:val="left"/>
      </w:pPr>
      <w:r>
        <w:t>Nabywca pojazdu: …………………… (imię i nazwisko lub nazwa firmy), …………………… (adres nabywcy), …………………… (PESEL lub NIP nabywcy, jeśli znany).</w:t>
      </w:r>
    </w:p>
    <w:p>
      <w:pPr>
        <w:jc w:val="left"/>
      </w:pPr>
      <w:r>
        <w:t>Pojazd został zbyty na podstawie …………………… (umowy kupna-sprzedaży / umowy darowizny / faktury) z dnia …………………… (data).</w:t>
      </w:r>
    </w:p>
    <w:p>
      <w:pPr>
        <w:jc w:val="right"/>
      </w:pPr>
      <w:r>
        <w:br/>
        <w:t>........................................</w:t>
        <w:br/>
      </w:r>
      <w:r>
        <w:rPr>
          <w:sz w:val="18"/>
        </w:rPr>
        <w:t>podpis</w:t>
      </w:r>
    </w:p>
    <w:p>
      <w:pPr>
        <w:jc w:val="left"/>
      </w:pPr>
      <w:r>
        <w:t>Załącznik:</w:t>
      </w:r>
      <w:r>
        <w:br/>
      </w:r>
      <w:r>
        <w:t>1. Kopia …………………… (umowy kupna-sprzedaży / umowy darowizny / faktury)</w:t>
      </w:r>
    </w:p>
    <w:sectPr w:rsidR="00FC693F" w:rsidRPr="0006063C" w:rsidSect="00034616">
      <w:footerReference w:type="default" r:id="rId9"/>
      <w:pgSz w:w="11906" w:h="16838"/>
      <w:pgMar w:top="1134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5B6573"/>
        <w:sz w:val="16"/>
      </w:rPr>
      <w:t>Wzór pobrany z blogg.pl. Omówienie, terminy i najczęstsze błędy: blogg.pl/wzory/zgloszenie-zbycia-pojazdu/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30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zbycia pojazdu – wzór</dc:title>
  <dc:subject/>
  <dc:creator>blogg.pl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