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 lub nazwa strony wypowiadającej)</w:t>
      </w:r>
      <w:r>
        <w:br/>
      </w:r>
      <w:r>
        <w:t>…………………… (adres)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 lub nazwa drugiej strony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/>
    <w:p>
      <w:pPr>
        <w:jc w:val="center"/>
      </w:pPr>
      <w:r>
        <w:rPr>
          <w:b/>
          <w:sz w:val="26"/>
        </w:rPr>
        <w:t>WYPOWIEDZENIE UMOWY ZLECENIA</w:t>
      </w:r>
    </w:p>
    <w:p>
      <w:pPr>
        <w:jc w:val="left"/>
      </w:pPr>
      <w:r>
        <w:t>Niniejszym wypowiadam umowę zlecenia zawartą w dniu …………………… (data zawarcia umowy), dotyczącą …………………… (przedmiot zlecenia), …………………… (ze skutkiem natychmiastowym / z zachowaniem okresu wypowiedzenia przewidzianego w § … umowy, który upływa w dniu …).</w:t>
      </w:r>
    </w:p>
    <w:p>
      <w:r>
        <w:rPr>
          <w:i/>
          <w:color w:val="5B6573"/>
        </w:rPr>
        <w:t>(Opcjonalnie: Przyczyną wypowiedzenia jest …)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Przy wypowiedzeniu przez zleceniobiorcę: Do dnia rozwiązania umowy wykonałem/am następujące czynności: … . Proszę o wypłatę wynagrodzenia za tę część zlecenia w kwocie … zł na rachunek nr … 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Przy wypowiedzeniu przez zleceniodawcę: Wynagrodzenie za czynności wykonane do dnia rozwiązania umowy zostanie wypłacone w terminie … .</w:t>
      </w:r>
    </w:p>
    <w:p>
      <w:pPr>
        <w:jc w:val="left"/>
      </w:pPr>
      <w:r>
        <w:t>Proszę o potwierdzenie otrzymania wypowiedzenia.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blogg.pl/wzory/wypowiedzenie-umowy-zlecenia/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 umowy zlecenia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