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 abonenta)</w:t>
      </w:r>
      <w:r>
        <w:br/>
      </w:r>
      <w:r>
        <w:t>…………………… (adres)</w:t>
      </w:r>
      <w:r>
        <w:br/>
      </w:r>
      <w:r>
        <w:t>…………………… (PESEL lub numer klienta)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nazwa operatora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 do korespondencji</w:t>
      </w:r>
    </w:p>
    <w:p/>
    <w:p>
      <w:pPr>
        <w:jc w:val="center"/>
      </w:pPr>
      <w:r>
        <w:rPr>
          <w:b/>
          <w:sz w:val="26"/>
        </w:rPr>
        <w:t>WYPOWIEDZENIE UMOWY O ŚWIADCZENIE USŁUG</w:t>
      </w:r>
    </w:p>
    <w:p>
      <w:pPr>
        <w:jc w:val="left"/>
      </w:pPr>
      <w:r>
        <w:t>Niniejszym wypowiadam umowę nr …………………… (numer umowy) z dnia …………………… (data zawarcia umowy) dotyczącą usługi …………………… (telefon komórkowy nr … / internet stacjonarny pod adresem … / telewizja), z zachowaniem okresu wypowiedzenia przewidzianego w umowie.</w:t>
      </w:r>
    </w:p>
    <w:p>
      <w:r>
        <w:rPr>
          <w:i/>
          <w:color w:val="5B6573"/>
        </w:rPr>
        <w:t>(Opcjonalnie: Wypowiedzenie składam w związku z otrzymaną dnia … informacją o zmianie warunków umowy. Na tej podstawie wypowiadam umowę bez obowiązku zapłaty odszkodowania.)</w:t>
      </w:r>
    </w:p>
    <w:p>
      <w:r>
        <w:rPr>
          <w:i/>
          <w:color w:val="5B6573"/>
        </w:rPr>
        <w:t>(Opcjonalnie: Proszę o przeniesienie numeru do innego operatora / wyrażam zgodę na zakończenie świadczenia usługi z dniem … .)</w:t>
      </w:r>
    </w:p>
    <w:p>
      <w:pPr>
        <w:jc w:val="left"/>
      </w:pPr>
      <w:r>
        <w:t>Proszę o potwierdzenie przyjęcia wypowiedzenia na adres e-mail …………………… (adres e-mail) oraz o wskazanie daty rozwiązania umowy i sposobu zwrotu sprzętu.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abonenta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blogg.pl/wzory/wypowiedzenie-umowy-z-operatorem/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Wypowiedzenie umowy z operatorem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