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(miejscowość), …………………… (data)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 pracownika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stanowisko</w:t>
      </w:r>
    </w:p>
    <w:p/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nazwa pracodawcy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adres pracodawcy</w:t>
      </w:r>
    </w:p>
    <w:p/>
    <w:p>
      <w:pPr>
        <w:jc w:val="center"/>
      </w:pPr>
      <w:r>
        <w:rPr>
          <w:b/>
          <w:sz w:val="26"/>
        </w:rPr>
        <w:t>WYPOWIEDZENIE UMOWY O PRACĘ</w:t>
      </w:r>
    </w:p>
    <w:p>
      <w:pPr>
        <w:jc w:val="left"/>
      </w:pPr>
      <w:r>
        <w:t>Niniejszym wypowiadam umowę o pracę zawartą w dniu …………………… (data zawarcia umowy) na czas …………………… (nieokreślony / określony do dnia …) z zachowaniem …………………… (długość okresu wypowiedzenia) okresu wypowiedzenia, który upływa w dniu …………………… (data końca okresu wypowiedzenia).</w:t>
      </w:r>
    </w:p>
    <w:p>
      <w:r>
        <w:rPr>
          <w:i/>
          <w:color w:val="5B6573"/>
        </w:rPr>
        <w:t>(Opcjonalnie: Jednocześnie proponuję rozwiązanie umowy na mocy porozumienia stron z dniem … .)</w:t>
      </w:r>
    </w:p>
    <w:p>
      <w:r>
        <w:rPr>
          <w:i/>
          <w:color w:val="5B6573"/>
        </w:rPr>
        <w:t>(Opcjonalnie: Proszę o udzielenie zaległego urlopu wypoczynkowego w okresie wypowiedzenia / wypłatę ekwiwalentu za niewykorzystany urlop.)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pracownika</w:t>
      </w:r>
    </w:p>
    <w:p>
      <w:pPr>
        <w:jc w:val="left"/>
      </w:pPr>
      <w:r>
        <w:t>Potwierdzam otrzymanie wypowiedzenia w dniu …………………… (data)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i pieczątka pracodawcy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blogg.pl/wzory/wypowiedzenie-umowy-o-prace-przez-pracownika/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Wypowiedzenie umowy o pracę przez pracownika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