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 najemcy)</w:t>
      </w:r>
      <w:r>
        <w:br/>
      </w:r>
      <w:r>
        <w:t>…………………… (adres najmowanego lokalu)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 wynajmującego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 wynajmującego</w:t>
      </w:r>
    </w:p>
    <w:p/>
    <w:p>
      <w:pPr>
        <w:jc w:val="center"/>
      </w:pPr>
      <w:r>
        <w:rPr>
          <w:b/>
          <w:sz w:val="26"/>
        </w:rPr>
        <w:t>WYPOWIEDZENIE UMOWY NAJMU LOKALU</w:t>
      </w:r>
    </w:p>
    <w:p>
      <w:pPr>
        <w:jc w:val="left"/>
      </w:pPr>
      <w:r>
        <w:t>Niniejszym wypowiadam umowę najmu lokalu mieszkalnego położonego w …………………… (adres lokalu), zawartą w dniu …………………… (data zawarcia umowy), z zachowaniem …………………… (długość) okresu wypowiedzenia, który upływa w dniu …………………… (data końca okresu).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Przy umowie na czas określony: Wypowiedzenie następuje na podstawie § … umowy, który przewiduje możliwość wypowiedzenia w przypadku: …</w:t>
      </w:r>
    </w:p>
    <w:p>
      <w:pPr>
        <w:jc w:val="left"/>
      </w:pPr>
      <w:r>
        <w:t>Proponuję wydanie lokalu i spisanie protokołu zdawczo-odbiorczego w dniu …………………… (data). Proszę o zwrot kaucji w kwocie …………………… (kwota) zł na rachunek nr …………………… (numer rachunku).</w:t>
      </w:r>
    </w:p>
    <w:p>
      <w:r>
        <w:rPr>
          <w:i/>
          <w:color w:val="5B6573"/>
        </w:rPr>
        <w:t>(Opcjonalnie: Jednocześnie proponuję rozwiązanie umowy na mocy porozumienia stron z dniem … 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najemcy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blogg.pl/wzory/wypowiedzenie-umowy-najmu/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 umowy najmu przez najemcę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