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PESEL</w:t>
      </w:r>
    </w:p>
    <w:p/>
    <w:p>
      <w:pPr>
        <w:jc w:val="left"/>
      </w:pPr>
      <w:r>
        <w:t>…………………… (miejscowość), …………………… (data)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nazwa ubezpieczyciela</w:t>
      </w:r>
    </w:p>
    <w:p>
      <w:pPr>
        <w:spacing w:after="40"/>
        <w:jc w:val="right"/>
      </w:pPr>
      <w:r>
        <w:t>.............................................</w:t>
        <w:br/>
      </w:r>
      <w:r>
        <w:rPr>
          <w:sz w:val="18"/>
        </w:rPr>
        <w:t>adres ubezpieczyciela</w:t>
      </w:r>
    </w:p>
    <w:p/>
    <w:p>
      <w:pPr>
        <w:jc w:val="center"/>
      </w:pPr>
      <w:r>
        <w:rPr>
          <w:b/>
          <w:sz w:val="26"/>
        </w:rPr>
        <w:t>WYPOWIEDZENIE UMOWY UBEZPIECZENIA OC POSIADACZA POJAZDU</w:t>
      </w:r>
    </w:p>
    <w:p>
      <w:pPr>
        <w:jc w:val="left"/>
      </w:pPr>
      <w:r>
        <w:t>Numer polisy: …………………… (numer polisy)</w:t>
      </w:r>
      <w:r>
        <w:br/>
      </w:r>
      <w:r>
        <w:t>Pojazd: …………………… (marka i model), numer rejestracyjny …………………… (numer rejestracyjny), VIN …………………… (numer VIN)</w:t>
      </w:r>
    </w:p>
    <w:p>
      <w:pPr>
        <w:jc w:val="left"/>
      </w:pPr>
      <w:r>
        <w:t>Niniejszym wypowiadam umowę obowiązkowego ubezpieczenia OC posiadacza pojazdu na podstawie …………………… (wybierz jedną podstawę):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art. 31 ust. 1 ustawy o ubezpieczeniach obowiązkowych – jako nabywca pojazdu, który nabyłem/am dnia …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art. 28 ust. 1 ustawy o ubezpieczeniach obowiązkowych – z końcem okresu ubezpieczenia, na który umowa została zawarta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art. 28a ust. 1 ustawy o ubezpieczeniach obowiązkowych – w związku z zawarciem innej umowy OC na ten pojazd, nr polisy …</w:t>
      </w:r>
    </w:p>
    <w:p>
      <w:r>
        <w:rPr>
          <w:i/>
          <w:color w:val="5B6573"/>
        </w:rPr>
        <w:t>(Opcjonalnie: Proszę o zwrot składki za niewykorzystany okres ochrony na rachunek nr … .)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Załączniki:</w:t>
      </w:r>
      <w:r>
        <w:br/>
      </w:r>
      <w:r>
        <w:t>1. …………………… (kopia umowy kupna-sprzedaży pojazdu – przy wypowiedzeniu przez nabywcę)</w:t>
      </w:r>
      <w:r>
        <w:br/>
      </w:r>
      <w:r>
        <w:t>2. …………………… (kopia nowej polisy OC – przy podwójnym OC)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blogg.pl/wzory/wypowiedzenie-oc/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Wypowiedzenie umowy OC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