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  <w:jc w:val="left"/>
      </w:pPr>
      <w:r>
        <w:t>.............................................</w:t>
        <w:br/>
      </w:r>
      <w:r>
        <w:rPr>
          <w:sz w:val="18"/>
        </w:rPr>
        <w:t>imię i nazwisko</w:t>
      </w:r>
    </w:p>
    <w:p>
      <w:pPr>
        <w:spacing w:after="40"/>
        <w:jc w:val="left"/>
      </w:pPr>
      <w:r>
        <w:t>.............................................</w:t>
        <w:br/>
      </w:r>
      <w:r>
        <w:rPr>
          <w:sz w:val="18"/>
        </w:rPr>
        <w:t>stanowisko / dział</w:t>
      </w:r>
    </w:p>
    <w:p/>
    <w:p>
      <w:pPr>
        <w:jc w:val="left"/>
      </w:pPr>
      <w:r>
        <w:t>…………………… (miejscowość), …………………… (data)</w:t>
      </w:r>
    </w:p>
    <w:p>
      <w:pPr>
        <w:spacing w:after="40"/>
        <w:jc w:val="right"/>
      </w:pPr>
      <w:r>
        <w:t>.............................................</w:t>
        <w:br/>
      </w:r>
      <w:r>
        <w:rPr>
          <w:sz w:val="18"/>
        </w:rPr>
        <w:t>nazwa pracodawcy</w:t>
      </w:r>
    </w:p>
    <w:p>
      <w:pPr>
        <w:spacing w:after="40"/>
        <w:jc w:val="right"/>
      </w:pPr>
      <w:r>
        <w:t>.............................................</w:t>
        <w:br/>
      </w:r>
      <w:r>
        <w:rPr>
          <w:sz w:val="18"/>
        </w:rPr>
        <w:t>imię i nazwisko przełożonego</w:t>
      </w:r>
    </w:p>
    <w:p/>
    <w:p>
      <w:pPr>
        <w:jc w:val="center"/>
      </w:pPr>
      <w:r>
        <w:rPr>
          <w:b/>
          <w:sz w:val="26"/>
        </w:rPr>
        <w:t>WNIOSEK O URLOP WYPOCZYNKOWY</w:t>
      </w:r>
    </w:p>
    <w:p>
      <w:pPr>
        <w:jc w:val="left"/>
      </w:pPr>
      <w:r>
        <w:t>Proszę o udzielenie mi urlopu wypoczynkowego w wymiarze …………………… (liczba) dni roboczych, w okresie od dnia …………………… (data) do dnia …………………… (data).</w:t>
      </w:r>
    </w:p>
    <w:p>
      <w:pPr>
        <w:jc w:val="left"/>
      </w:pPr>
      <w:r>
        <w:t>Urlop dotyczy …………………… (roku bieżącego / zaległego urlopu za rok …).</w:t>
      </w:r>
    </w:p>
    <w:p>
      <w:r>
        <w:rPr>
          <w:i/>
          <w:color w:val="5B6573"/>
        </w:rPr>
        <w:t>(Opcjonalnie: W czasie mojej nieobecności zastępstwo obejmie …………………… (imię i nazwisko).)</w:t>
      </w:r>
    </w:p>
    <w:p>
      <w:pPr>
        <w:jc w:val="right"/>
      </w:pPr>
      <w:r>
        <w:br/>
        <w:t>........................................</w:t>
        <w:br/>
      </w:r>
      <w:r>
        <w:rPr>
          <w:sz w:val="18"/>
        </w:rPr>
        <w:t>podpis pracownika</w:t>
      </w:r>
    </w:p>
    <w:p>
      <w:pPr>
        <w:jc w:val="left"/>
      </w:pPr>
      <w:r>
        <w:t>Akceptuję / Nie akceptuję</w:t>
      </w:r>
    </w:p>
    <w:p>
      <w:pPr>
        <w:jc w:val="right"/>
      </w:pPr>
      <w:r>
        <w:br/>
        <w:t>........................................</w:t>
        <w:br/>
      </w:r>
      <w:r>
        <w:rPr>
          <w:sz w:val="18"/>
        </w:rPr>
        <w:t>data i podpis przełożonego</w:t>
      </w:r>
    </w:p>
    <w:sectPr w:rsidR="00FC693F" w:rsidRPr="0006063C" w:rsidSect="00034616">
      <w:footerReference w:type="default" r:id="rId9"/>
      <w:pgSz w:w="11906" w:h="16838"/>
      <w:pgMar w:top="1134" w:right="1304" w:bottom="1134" w:left="130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color w:val="5B6573"/>
        <w:sz w:val="16"/>
      </w:rPr>
      <w:t>Wzór pobrany z blogg.pl. Omówienie, terminy i najczęstsze błędy: blogg.pl/wzory/wniosek-o-urlop-wypoczynkowy/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60" w:line="300" w:lineRule="auto"/>
    </w:pPr>
    <w:rPr>
      <w:rFonts w:ascii="Times New Roman" w:hAnsi="Times New Roman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o urlop wypoczynkowy – wzór</dc:title>
  <dc:subject/>
  <dc:creator>blogg.pl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