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stanowisko / dział</w:t>
      </w:r>
    </w:p>
    <w:p/>
    <w:p>
      <w:pPr>
        <w:jc w:val="left"/>
      </w:pPr>
      <w:r>
        <w:t>…………………… (miejscowość), …………………… (data)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nazwa pracodawcy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imię i nazwisko przełożonego</w:t>
      </w:r>
    </w:p>
    <w:p/>
    <w:p>
      <w:pPr>
        <w:jc w:val="center"/>
      </w:pPr>
      <w:r>
        <w:rPr>
          <w:b/>
          <w:sz w:val="26"/>
        </w:rPr>
        <w:t>ZGŁOSZENIE URLOPU NA ŻĄDANIE</w:t>
      </w:r>
    </w:p>
    <w:p>
      <w:pPr>
        <w:jc w:val="left"/>
      </w:pPr>
      <w:r>
        <w:t>Na podstawie art. 167² Kodeksu pracy żądam udzielenia mi urlopu na żądanie w dniu …………………… (data) …………………… (lub: w dniach od … do …), w wymiarze …………………… (liczba) dni.</w:t>
      </w:r>
    </w:p>
    <w:p>
      <w:pPr>
        <w:jc w:val="left"/>
      </w:pPr>
      <w:r>
        <w:t>Jest to …………………… (pierwszy / drugi / trzeci / czwarty) dzień urlopu na żądanie wykorzystywany przeze mnie w roku …………………… (rok).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pracownika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blogg.pl/wzory/wniosek-o-urlop-na-zadanie/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urlop na żądanie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