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(imię i nazwisko)</w:t>
      </w:r>
      <w:r>
        <w:br/>
      </w:r>
      <w:r>
        <w:t>…………………… (adres)</w:t>
      </w:r>
      <w:r>
        <w:br/>
      </w:r>
      <w:r>
        <w:t>…………………… (telefon) · …………………… (e-mail)</w:t>
      </w:r>
    </w:p>
    <w:p>
      <w:pPr>
        <w:jc w:val="left"/>
      </w:pPr>
      <w:r>
        <w:t>…………………… (miejscowość), …………………… (data)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nazwa pracodawcy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 pracodawcy</w:t>
      </w:r>
    </w:p>
    <w:p/>
    <w:p>
      <w:pPr>
        <w:jc w:val="center"/>
      </w:pPr>
      <w:r>
        <w:rPr>
          <w:b/>
          <w:sz w:val="26"/>
        </w:rPr>
        <w:t>WNIOSEK O SPROSTOWANIE ŚWIADECTWA PRACY</w:t>
      </w:r>
    </w:p>
    <w:p>
      <w:pPr>
        <w:jc w:val="left"/>
      </w:pPr>
      <w:r>
        <w:t>Na podstawie art. 97 § 2¹ Kodeksu pracy wnoszę o sprostowanie świadectwa pracy wydanego mi w dniu …………………… (data wydania), które otrzymałem/am w dniu …………………… (data otrzymania).</w:t>
      </w:r>
    </w:p>
    <w:p>
      <w:pPr>
        <w:jc w:val="left"/>
      </w:pPr>
      <w:r>
        <w:t>Świadectwo zawiera następujące błędy:</w:t>
      </w:r>
      <w:r>
        <w:br/>
      </w:r>
      <w:r>
        <w:t>1. …………………… (punkt świadectwa i błąd, np. „pkt 1 – okres zatrudnienia: wpisano 31.08.2026, powinno być 30.09.2026”)</w:t>
      </w:r>
      <w:r>
        <w:br/>
      </w:r>
      <w:r>
        <w:t>2. …………………… (kolejny błąd)</w:t>
      </w:r>
    </w:p>
    <w:p>
      <w:pPr>
        <w:jc w:val="left"/>
      </w:pPr>
      <w:r>
        <w:t>Prawidłowe dane wynikają z …………………… (umowy o pracę z dnia … / aneksu z dnia … / porozumienia stron z dnia …), których kopie załączam.</w:t>
      </w:r>
    </w:p>
    <w:p>
      <w:pPr>
        <w:jc w:val="left"/>
      </w:pPr>
      <w:r>
        <w:t>Proszę o wydanie sprostowanego świadectwa pracy.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p>
      <w:pPr>
        <w:jc w:val="left"/>
      </w:pPr>
      <w:r>
        <w:t>Załączniki:</w:t>
      </w:r>
      <w:r>
        <w:br/>
      </w:r>
      <w:r>
        <w:t>1. …………………… (kopia świadectwa pracy)</w:t>
      </w:r>
      <w:r>
        <w:br/>
      </w:r>
      <w:r>
        <w:t>2. …………………… (dokumenty potwierdzające prawidłowe dane)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blogg.pl/wzory/wniosek-o-sprostowanie-swiadectwa-pracy/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sprostowanie świadectwa pracy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