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(miejscowość), …………………… (data)</w:t>
      </w:r>
    </w:p>
    <w:p>
      <w:pPr>
        <w:jc w:val="center"/>
      </w:pPr>
      <w:r>
        <w:rPr>
          <w:b/>
          <w:sz w:val="26"/>
        </w:rPr>
        <w:t>UPOWAŻNIENIE</w:t>
      </w:r>
    </w:p>
    <w:p>
      <w:pPr>
        <w:jc w:val="left"/>
      </w:pPr>
      <w:r>
        <w:t>Ja, niżej podpisany/a …………………… (imię i nazwisko), zam. …………………… (adres), legitymujący/a się dowodem osobistym nr …………………… (seria i numer),</w:t>
      </w:r>
    </w:p>
    <w:p>
      <w:pPr>
        <w:jc w:val="left"/>
      </w:pPr>
      <w:r>
        <w:t>upoważniam</w:t>
      </w:r>
    </w:p>
    <w:p>
      <w:pPr>
        <w:jc w:val="left"/>
      </w:pPr>
      <w:r>
        <w:t>Pana/Panią …………………… (imię i nazwisko osoby upoważnionej), legitymującego/ą się dowodem osobistym nr …………………… (seria i numer),</w:t>
      </w:r>
    </w:p>
    <w:p>
      <w:pPr>
        <w:jc w:val="left"/>
      </w:pPr>
      <w:r>
        <w:t>do odbioru w moim imieniu …………………… (co dokładnie, np. „przesyłki poleconej nr … w placówce pocztowej …”, „wyników badań laboratoryjnych z dnia …”, „zaświadczenia o … wydawanego przez …”).</w:t>
      </w:r>
    </w:p>
    <w:p>
      <w:pPr>
        <w:jc w:val="left"/>
      </w:pPr>
      <w:r>
        <w:t>Upoważnienie jest ważne …………………… (jednorazowo / do dnia …).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upoważniającego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blogg.pl/wzory/upowaznienie-do-odbioru/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Upoważnienie do odbioru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