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28"/>
        </w:rPr>
        <w:t>UMOWA ZLECENIA</w:t>
      </w:r>
    </w:p>
    <w:p>
      <w:pPr>
        <w:jc w:val="left"/>
      </w:pPr>
      <w:r>
        <w:t>zawarta w dniu …………………… (data) w …………………… (miejscowość) pomiędzy:</w:t>
      </w:r>
    </w:p>
    <w:p>
      <w:pPr>
        <w:jc w:val="left"/>
      </w:pPr>
      <w:r>
        <w:t>Zleceniodawcą: …………………… (imię i nazwisko lub nazwa firmy), …………………… (adres), …………………… (NIP lub PESEL),</w:t>
      </w:r>
    </w:p>
    <w:p>
      <w:pPr>
        <w:jc w:val="left"/>
      </w:pPr>
      <w:r>
        <w:t>a</w:t>
      </w:r>
    </w:p>
    <w:p>
      <w:pPr>
        <w:jc w:val="left"/>
      </w:pPr>
      <w:r>
        <w:t>Zleceniobiorcą: …………………… (imię i nazwisko), zam. …………………… (adres), PESEL …………………… (PESEL).</w:t>
      </w:r>
    </w:p>
    <w:p>
      <w:pPr>
        <w:jc w:val="left"/>
      </w:pPr>
      <w:r>
        <w:rPr>
          <w:b/>
        </w:rPr>
        <w:t>§ 1. Przedmiot umowy</w:t>
      </w:r>
      <w:r>
        <w:br/>
      </w:r>
      <w:r>
        <w:t>Zleceniodawca zleca, a Zleceniobiorca zobowiązuje się wykonywać następujące czynności: …………………… (szczegółowy opis czynności).</w:t>
      </w:r>
    </w:p>
    <w:p>
      <w:pPr>
        <w:jc w:val="left"/>
      </w:pPr>
      <w:r>
        <w:rPr>
          <w:b/>
        </w:rPr>
        <w:t>§ 2. Czas trwania</w:t>
      </w:r>
      <w:r>
        <w:br/>
      </w:r>
      <w:r>
        <w:t>Umowa zostaje zawarta na okres od dnia …………………… (data) do dnia …………………… (data).</w:t>
      </w:r>
    </w:p>
    <w:p>
      <w:pPr>
        <w:jc w:val="both"/>
      </w:pPr>
      <w:r>
        <w:rPr>
          <w:b/>
        </w:rPr>
        <w:t>§ 3. Sposób wykonywania</w:t>
      </w:r>
      <w:r>
        <w:br/>
      </w:r>
      <w:r>
        <w:t>Zleceniobiorca wykonuje zlecenie osobiście, z należytą starannością, w miejscu i czasie uzgodnionym ze Zleceniodawcą. Zleceniobiorca może powierzyć wykonanie zlecenia osobie trzeciej tylko za zgodą Zleceniodawcy.</w:t>
      </w:r>
    </w:p>
    <w:p>
      <w:pPr>
        <w:jc w:val="left"/>
      </w:pPr>
      <w:r>
        <w:rPr>
          <w:b/>
        </w:rPr>
        <w:t>§ 4. Wynagrodzenie</w:t>
      </w:r>
      <w:r>
        <w:br/>
      </w:r>
      <w:r>
        <w:t>Za wykonanie zlecenia Zleceniobiorca otrzyma wynagrodzenie w wysokości …………………… (kwota) zł brutto za godzinę …………………… (nie mniej niż minimalna stawka godzinowa). Wynagrodzenie będzie wypłacane przelewem na rachunek nr …………………… (numer rachunku) do …………………… (dzień) dnia miesiąca następującego po miesiącu, w którym wykonano zlecenie.</w:t>
      </w:r>
    </w:p>
    <w:p>
      <w:pPr>
        <w:jc w:val="left"/>
      </w:pPr>
      <w:r>
        <w:rPr>
          <w:b/>
        </w:rPr>
        <w:t>§ 5. Ewidencja godzin</w:t>
      </w:r>
      <w:r>
        <w:br/>
      </w:r>
      <w:r>
        <w:t>Zleceniobiorca przedkłada Zleceniodawcy informację o liczbie godzin wykonywania zlecenia w terminie do …………………… (dzień) dnia każdego miesiąca, za miesiąc poprzedni, w formie …………………… (pisemnej / elektronicznej).</w:t>
      </w:r>
    </w:p>
    <w:p>
      <w:pPr>
        <w:jc w:val="both"/>
      </w:pPr>
      <w:r>
        <w:rPr>
          <w:b/>
        </w:rPr>
        <w:t>§ 6. Wypowiedzenie</w:t>
      </w:r>
      <w:r>
        <w:br/>
      </w:r>
      <w:r>
        <w:t>Każda ze stron może wypowiedzieć umowę w każdym czasie. Zleceniobiorca, który wypowiada umowę bez ważnego powodu, odpowiada za wynikłą stąd szkodę.</w:t>
      </w:r>
    </w:p>
    <w:p>
      <w:pPr>
        <w:jc w:val="both"/>
      </w:pPr>
      <w:r>
        <w:rPr>
          <w:b/>
        </w:rPr>
        <w:t>§ 7. Postanowienia końcowe</w:t>
      </w:r>
      <w:r>
        <w:br/>
      </w:r>
      <w:r>
        <w:t>Zmiany umowy wymagają formy pisemnej. W sprawach nieuregulowanych stosuje się przepisy Kodeksu cywilnego. Umowę sporządzono w dwóch jednobrzmiących egzemplarzach.</w:t>
      </w:r>
    </w:p>
    <w:tbl>
      <w:tblPr>
        <w:tblW w:type="auto" w:w="0"/>
        <w:tblLook w:firstColumn="1" w:firstRow="1" w:lastColumn="0" w:lastRow="0" w:noHBand="0" w:noVBand="1" w:val="04A0"/>
      </w:tblPr>
      <w:tblGrid>
        <w:gridCol w:w="4649"/>
        <w:gridCol w:w="4649"/>
      </w:tblGrid>
      <w:tr>
        <w:tc>
          <w:tcPr>
            <w:tcW w:type="dxa" w:w="4649"/>
          </w:tcPr>
          <w:p>
            <w:pPr>
              <w:jc w:val="center"/>
            </w:pPr>
            <w:r>
              <w:br/>
              <w:br/>
              <w:t>........................................</w:t>
            </w:r>
          </w:p>
        </w:tc>
        <w:tc>
          <w:tcPr>
            <w:tcW w:type="dxa" w:w="4649"/>
          </w:tcPr>
          <w:p>
            <w:pPr>
              <w:jc w:val="center"/>
            </w:pPr>
            <w:r>
              <w:br/>
              <w:br/>
              <w:t>........................................</w:t>
            </w:r>
          </w:p>
        </w:tc>
      </w:tr>
      <w:tr>
        <w:tc>
          <w:tcPr>
            <w:tcW w:type="dxa" w:w="4649"/>
          </w:tcPr>
          <w:p>
            <w:pPr>
              <w:jc w:val="center"/>
            </w:pPr>
            <w:r>
              <w:rPr>
                <w:sz w:val="18"/>
              </w:rPr>
              <w:t>podpis Zleceniodawcy</w:t>
            </w:r>
          </w:p>
        </w:tc>
        <w:tc>
          <w:tcPr>
            <w:tcW w:type="dxa" w:w="4649"/>
          </w:tcPr>
          <w:p>
            <w:pPr>
              <w:jc w:val="center"/>
            </w:pPr>
            <w:r>
              <w:rPr>
                <w:sz w:val="18"/>
              </w:rPr>
              <w:t>podpis Zleceniobiorcy</w:t>
            </w:r>
          </w:p>
        </w:tc>
      </w:tr>
    </w:tbl>
    <w:sectPr w:rsidR="00FC693F" w:rsidRPr="0006063C" w:rsidSect="00034616">
      <w:footerReference w:type="default" r:id="rId9"/>
      <w:pgSz w:w="11906" w:h="16838"/>
      <w:pgMar w:top="1134" w:right="1304" w:bottom="1134"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color w:val="5B6573"/>
        <w:sz w:val="16"/>
      </w:rPr>
      <w:t>Wzór pobrany z blogg.pl. Omówienie, terminy i najczęstsze błędy: blogg.pl/wzory/umowa-zlecenia/</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300" w:lineRule="auto"/>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zlecenia – wzór</dc:title>
  <dc:subject/>
  <dc:creator>blogg.pl</dc:creator>
  <cp:keywords/>
  <dc:description>generated by python-docx</dc:description>
  <cp:lastModifiedBy/>
  <cp:revision>1</cp:revision>
  <dcterms:created xsi:type="dcterms:W3CDTF">2013-12-23T23:15:00Z</dcterms:created>
  <dcterms:modified xsi:type="dcterms:W3CDTF">2013-12-23T23:15:00Z</dcterms:modified>
  <cp:category/>
</cp:coreProperties>
</file>