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UMOWA UŻYCZENIA SAMOCHODU</w:t>
      </w:r>
    </w:p>
    <w:p>
      <w:pPr>
        <w:jc w:val="left"/>
      </w:pPr>
      <w:r>
        <w:t>zawarta w dniu …………………… (data) w …………………… (miejscowość) pomiędzy:</w:t>
      </w:r>
    </w:p>
    <w:p>
      <w:pPr>
        <w:jc w:val="left"/>
      </w:pPr>
      <w:r>
        <w:t>Użyczającym: …………………… (imię i nazwisko), zam. …………………… (adres), PESEL …………………… (PESEL),</w:t>
      </w:r>
    </w:p>
    <w:p>
      <w:pPr>
        <w:jc w:val="left"/>
      </w:pPr>
      <w:r>
        <w:t>a</w:t>
      </w:r>
    </w:p>
    <w:p>
      <w:pPr>
        <w:jc w:val="left"/>
      </w:pPr>
      <w:r>
        <w:t>Biorącym do używania: …………………… (imię i nazwisko), zam. …………………… (adres), PESEL …………………… (PESEL), prawo jazdy nr …………………… (numer prawa jazdy).</w:t>
      </w:r>
    </w:p>
    <w:p>
      <w:pPr>
        <w:jc w:val="left"/>
      </w:pPr>
      <w:r>
        <w:rPr>
          <w:b/>
        </w:rPr>
        <w:t>§ 1. Przedmiot umowy</w:t>
      </w:r>
      <w:r>
        <w:br/>
      </w:r>
      <w:r>
        <w:t>Użyczający oddaje Biorącemu do bezpłatnego używania samochód marki …………………… (marka i model), numer rejestracyjny …………………… (numer rejestracyjny), VIN …………………… (numer VIN), wraz z dowodem rejestracyjnym, polisą OC i …………………… (liczba) kompletami kluczyków.</w:t>
      </w:r>
    </w:p>
    <w:p>
      <w:pPr>
        <w:jc w:val="left"/>
      </w:pPr>
      <w:r>
        <w:rPr>
          <w:b/>
        </w:rPr>
        <w:t>§ 2. Czas trwania</w:t>
      </w:r>
      <w:r>
        <w:br/>
      </w:r>
      <w:r>
        <w:t>Użyczenie następuje na czas …………………… (od … do … / nieokreślony). Przebieg w dniu wydania: …………………… (przebieg) km. Stan paliwa: …………………… (stan).</w:t>
      </w:r>
    </w:p>
    <w:p>
      <w:pPr>
        <w:jc w:val="left"/>
      </w:pPr>
      <w:r>
        <w:rPr>
          <w:b/>
        </w:rPr>
        <w:t>§ 3. Sposób korzystania</w:t>
      </w:r>
      <w:r>
        <w:br/>
      </w:r>
      <w:r>
        <w:t>Biorący będzie używał samochodu w celu …………………… (cel, np. „dojazdów do pracy”), …………………… (wyłącznie na terytorium Polski / także za granicą: …). Biorący nie może oddać samochodu do używania osobie trzeciej bez zgody Użyczającego.</w:t>
      </w:r>
    </w:p>
    <w:p>
      <w:pPr>
        <w:jc w:val="left"/>
      </w:pPr>
      <w:r>
        <w:rPr>
          <w:b/>
        </w:rPr>
        <w:t>§ 4. Koszty</w:t>
      </w:r>
      <w:r>
        <w:br/>
      </w:r>
      <w:r>
        <w:t>Biorący ponosi zwykłe koszty utrzymania samochodu, w szczególności paliwo, płyny eksploatacyjne i mycie. Koszty przeglądów, ubezpieczenia i napraw niewynikających z winy Biorącego ponosi …………………… (Użyczający / Biorący).</w:t>
      </w:r>
    </w:p>
    <w:p>
      <w:pPr>
        <w:jc w:val="both"/>
      </w:pPr>
      <w:r>
        <w:rPr>
          <w:b/>
        </w:rPr>
        <w:t>§ 5. Odpowiedzialność</w:t>
      </w:r>
      <w:r>
        <w:br/>
      </w:r>
      <w:r>
        <w:t>Biorący odpowiada za szkody w samochodzie powstałe z jego winy oraz za mandaty i opłaty wynikające z korzystania z samochodu w czasie użyczenia. Użyczający może wskazać Biorącego jako osobę kierującą pojazdem.</w:t>
      </w:r>
    </w:p>
    <w:p>
      <w:pPr>
        <w:jc w:val="left"/>
      </w:pPr>
      <w:r>
        <w:rPr>
          <w:b/>
        </w:rPr>
        <w:t>§ 6. Zwrot samochodu</w:t>
      </w:r>
      <w:r>
        <w:br/>
      </w:r>
      <w:r>
        <w:t>Biorący zwróci samochód w stanie niepogorszonym ponad normalne zużycie w terminie …………………… (termin) w …………………… (miejsce zwrotu). Umowę sporządzono w dwóch jednobrzmiących egzemplarzach.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Użyczającego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Biorącego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blogg.pl/wzory/umowa-uzyczenia-samochodu/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użyczenia samochodu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