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UMOWA POŻYCZKI</w:t>
      </w:r>
    </w:p>
    <w:p>
      <w:pPr>
        <w:jc w:val="left"/>
      </w:pPr>
      <w:r>
        <w:t>zawarta w dniu …………………… (data) w …………………… (miejscowość) pomiędzy:</w:t>
      </w:r>
    </w:p>
    <w:p>
      <w:pPr>
        <w:jc w:val="left"/>
      </w:pPr>
      <w:r>
        <w:t>Pożyczkodawcą: …………………… (imię i nazwisko), zam. …………………… (adres), PESEL …………………… (PESEL),</w:t>
      </w:r>
    </w:p>
    <w:p>
      <w:pPr>
        <w:jc w:val="left"/>
      </w:pPr>
      <w:r>
        <w:t>a</w:t>
      </w:r>
    </w:p>
    <w:p>
      <w:pPr>
        <w:jc w:val="left"/>
      </w:pPr>
      <w:r>
        <w:t>Pożyczkobiorcą: …………………… (imię i nazwisko), zam. …………………… (adres), PESEL …………………… (PESEL).</w:t>
      </w:r>
    </w:p>
    <w:p>
      <w:pPr>
        <w:jc w:val="left"/>
      </w:pPr>
      <w:r>
        <w:rPr>
          <w:b/>
        </w:rPr>
        <w:t>§ 1. Przedmiot umowy</w:t>
      </w:r>
      <w:r>
        <w:br/>
      </w:r>
      <w:r>
        <w:t>Pożyczkodawca udziela Pożyczkobiorcy pożyczki w kwocie …………………… (kwota) zł (słownie: …………………… (kwota słownie) złotych), a Pożyczkobiorca zobowiązuje się zwrócić tę kwotę na warunkach określonych w umowie.</w:t>
      </w:r>
    </w:p>
    <w:p>
      <w:pPr>
        <w:jc w:val="left"/>
      </w:pPr>
      <w:r>
        <w:rPr>
          <w:b/>
        </w:rPr>
        <w:t>§ 2. Przekazanie pieniędzy</w:t>
      </w:r>
      <w:r>
        <w:br/>
      </w:r>
      <w:r>
        <w:t>Pożyczkodawca przekaże kwotę pożyczki przelewem na rachunek Pożyczkobiorcy nr …………………… (numer rachunku) w terminie do dnia …………………… (data) …………………… (lub: Pożyczkobiorca potwierdza otrzymanie kwoty pożyczki gotówką w dniu podpisania umowy).</w:t>
      </w:r>
    </w:p>
    <w:p>
      <w:pPr>
        <w:jc w:val="left"/>
      </w:pPr>
      <w:r>
        <w:rPr>
          <w:b/>
        </w:rPr>
        <w:t>§ 3. Oprocentowanie</w:t>
      </w:r>
      <w:r>
        <w:br/>
      </w:r>
      <w:r>
        <w:t>Pożyczka jest …………………… (nieoprocentowana / oprocentowana w wysokości … % w skali roku).</w:t>
      </w:r>
    </w:p>
    <w:p>
      <w:pPr>
        <w:jc w:val="left"/>
      </w:pPr>
      <w:r>
        <w:rPr>
          <w:b/>
        </w:rPr>
        <w:t>§ 4. Zwrot pożyczki</w:t>
      </w:r>
      <w:r>
        <w:br/>
      </w:r>
      <w:r>
        <w:t>Pożyczkobiorca zwróci pożyczkę …………………… (jednorazowo do dnia … / w … ratach miesięcznych po … zł, płatnych do … dnia każdego miesiąca) przelewem na rachunek Pożyczkodawcy nr …………………… (numer rachunku). Pożyczkobiorca może zwrócić pożyczkę wcześniej bez dodatkowych kosztów.</w:t>
      </w:r>
    </w:p>
    <w:p>
      <w:pPr>
        <w:jc w:val="left"/>
      </w:pPr>
      <w:r>
        <w:rPr>
          <w:b/>
        </w:rPr>
        <w:t>§ 5. Opóźnienie</w:t>
      </w:r>
      <w:r>
        <w:br/>
      </w:r>
      <w:r>
        <w:t>W razie opóźnienia w zwrocie Pożyczkodawca może żądać odsetek ustawowych za opóźnienie. …………………… (Opcjonalnie: Opóźnienie w zapłacie dwóch rat uprawnia Pożyczkodawcę do żądania natychmiastowego zwrotu całej pozostałej kwoty.)</w:t>
      </w:r>
    </w:p>
    <w:p>
      <w:pPr>
        <w:jc w:val="left"/>
      </w:pPr>
      <w:r>
        <w:rPr>
          <w:b/>
        </w:rPr>
        <w:t>§ 6. Podatek</w:t>
      </w:r>
      <w:r>
        <w:br/>
      </w:r>
      <w:r>
        <w:t>Podatek od czynności cywilnoprawnych, jeżeli jest należny, uiszcza Pożyczkobiorca.</w:t>
      </w:r>
    </w:p>
    <w:p>
      <w:pPr>
        <w:jc w:val="both"/>
      </w:pPr>
      <w:r>
        <w:rPr>
          <w:b/>
        </w:rPr>
        <w:t>§ 7. Postanowienia końcowe</w:t>
      </w:r>
      <w:r>
        <w:br/>
      </w:r>
      <w:r>
        <w:t>Zmiany umowy wymagają formy pisemnej. W sprawach nieuregulowanych stosuje się przepisy Kodeksu cywilnego. Umowę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Pożyczkodawcy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Pożyczkobiorcy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blogg.pl/wzory/umowa-pozyczki/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pożyczki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