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O DZIEŁO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Zamawiającym: …………………… (imię i nazwisko lub nazwa firmy), …………………… (adres), …………………… (NIP lub PESEL),</w:t>
      </w:r>
    </w:p>
    <w:p>
      <w:pPr>
        <w:jc w:val="left"/>
      </w:pPr>
      <w:r>
        <w:t>a</w:t>
      </w:r>
    </w:p>
    <w:p>
      <w:pPr>
        <w:jc w:val="left"/>
      </w:pPr>
      <w:r>
        <w:t>Wykonawcą: …………………… (imię i nazwisko), zam. …………………… (adres), PESEL …………………… (PESEL).</w:t>
      </w:r>
    </w:p>
    <w:p>
      <w:pPr>
        <w:jc w:val="left"/>
      </w:pPr>
      <w:r>
        <w:rPr>
          <w:b/>
        </w:rPr>
        <w:t>§ 1. Przedmiot umowy</w:t>
      </w:r>
      <w:r>
        <w:br/>
      </w:r>
      <w:r>
        <w:t>Zamawiający zamawia, a Wykonawca zobowiązuje się wykonać dzieło polegające na …………………… (szczegółowy opis dzieła: co powstanie, w jakiej formie, liczba elementów, format plików).</w:t>
      </w:r>
    </w:p>
    <w:p>
      <w:pPr>
        <w:jc w:val="left"/>
      </w:pPr>
      <w:r>
        <w:rPr>
          <w:b/>
        </w:rPr>
        <w:t>§ 2. Termin wykonania</w:t>
      </w:r>
      <w:r>
        <w:br/>
      </w:r>
      <w:r>
        <w:t>Wykonawca wykona i wyda dzieło w terminie do dnia …………………… (data). Odbiór dzieła nastąpi …………………… (protokołem odbioru / mailowym potwierdzeniem Zamawiającego).</w:t>
      </w:r>
    </w:p>
    <w:p>
      <w:pPr>
        <w:jc w:val="left"/>
      </w:pPr>
      <w:r>
        <w:rPr>
          <w:b/>
        </w:rPr>
        <w:t>§ 3. Wynagrodzenie</w:t>
      </w:r>
      <w:r>
        <w:br/>
      </w:r>
      <w:r>
        <w:t>Za wykonanie dzieła Wykonawca otrzyma wynagrodzenie w wysokości …………………… (kwota) zł brutto, płatne przelewem na rachunek nr …………………… (numer rachunku) w terminie …………………… (liczba) dni od odbioru dzieła.</w:t>
      </w:r>
    </w:p>
    <w:p>
      <w:pPr>
        <w:jc w:val="left"/>
      </w:pPr>
      <w:r>
        <w:rPr>
          <w:b/>
        </w:rPr>
        <w:t>§ 4. Prawa autorskie</w:t>
      </w:r>
      <w:r>
        <w:br/>
      </w:r>
      <w:r>
        <w:t>Z chwilą zapłaty wynagrodzenia Wykonawca przenosi na Zamawiającego autorskie prawa majątkowe do dzieła na polach eksploatacji: …………………… (utrwalanie i zwielokrotnianie dowolną techniką, wprowadzanie do obrotu, publiczne udostępnianie w internecie, inne pola). …………………… (Opcjonalnie: Część wynagrodzenia w wysokości … % stanowi wynagrodzenie za przeniesienie praw autorskich.)</w:t>
      </w:r>
    </w:p>
    <w:p>
      <w:pPr>
        <w:jc w:val="both"/>
      </w:pPr>
      <w:r>
        <w:rPr>
          <w:b/>
        </w:rPr>
        <w:t>§ 5. Wady dzieła</w:t>
      </w:r>
      <w:r>
        <w:br/>
      </w:r>
      <w:r>
        <w:t>Jeżeli dzieło ma wady, Zamawiający może wyznaczyć Wykonawcy odpowiedni termin na ich usunięcie. Do odpowiedzialności Wykonawcy za wady stosuje się przepisy o rękojmi przy sprzedaży.</w:t>
      </w:r>
    </w:p>
    <w:p>
      <w:pPr>
        <w:jc w:val="both"/>
      </w:pPr>
      <w:r>
        <w:rPr>
          <w:b/>
        </w:rPr>
        <w:t>§ 6. Postanowienia końcowe</w:t>
      </w:r>
      <w:r>
        <w:br/>
      </w:r>
      <w:r>
        <w:t>Zmiany umowy wymagają formy pisemnej. W sprawach nieuregulowanych stosuje się przepisy Kodeksu cywilnego i ustawy o prawie autorskim i prawach pokrewnych.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Zamawiającego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Wykonawcy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blogg.pl/wzory/umowa-o-dzielo/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dzieło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