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UMOWA NAJMU OKAZJONALNEGO LOKALU</w:t>
      </w:r>
    </w:p>
    <w:p>
      <w:pPr>
        <w:jc w:val="left"/>
      </w:pPr>
      <w:r>
        <w:t>zawarta w dniu …………………… (data) w …………………… (miejscowość) pomiędzy:</w:t>
      </w:r>
    </w:p>
    <w:p>
      <w:pPr>
        <w:jc w:val="left"/>
      </w:pPr>
      <w:r>
        <w:t>Wynajmującym: …………………… (imię i nazwisko), zam. …………………… (adres), PESEL …………………… (PESEL),</w:t>
      </w:r>
    </w:p>
    <w:p>
      <w:pPr>
        <w:jc w:val="left"/>
      </w:pPr>
      <w:r>
        <w:t>a</w:t>
      </w:r>
    </w:p>
    <w:p>
      <w:pPr>
        <w:jc w:val="left"/>
      </w:pPr>
      <w:r>
        <w:t>Najemcą: …………………… (imię i nazwisko), zam. …………………… (adres), PESEL …………………… (PESEL).</w:t>
      </w:r>
    </w:p>
    <w:p>
      <w:pPr>
        <w:jc w:val="left"/>
      </w:pPr>
      <w:r>
        <w:rPr>
          <w:b/>
        </w:rPr>
        <w:t>§ 1. Przedmiot najmu</w:t>
      </w:r>
      <w:r>
        <w:br/>
      </w:r>
      <w:r>
        <w:t>Wynajmujący oddaje Najemcy do używania lokal mieszkalny położony w …………………… (adres lokalu), o powierzchni …………………… (powierzchnia) m², księga wieczysta nr …………………… (numer KW), wraz z wyposażeniem opisanym w protokole zdawczo-odbiorczym. Wynajmujący oświadcza, że jest osobą fizyczną i nie prowadzi działalności gospodarczej w zakresie wynajmowania lokali.</w:t>
      </w:r>
    </w:p>
    <w:p>
      <w:pPr>
        <w:jc w:val="left"/>
      </w:pPr>
      <w:r>
        <w:rPr>
          <w:b/>
        </w:rPr>
        <w:t>§ 2. Czas trwania</w:t>
      </w:r>
      <w:r>
        <w:br/>
      </w:r>
      <w:r>
        <w:t>Umowa zostaje zawarta na czas oznaczony od dnia …………………… (data) do dnia …………………… (data, nie dłużej niż 10 lat).</w:t>
      </w:r>
    </w:p>
    <w:p>
      <w:pPr>
        <w:jc w:val="left"/>
      </w:pPr>
      <w:r>
        <w:rPr>
          <w:b/>
        </w:rPr>
        <w:t>§ 3. Czynsz i opłaty</w:t>
      </w:r>
      <w:r>
        <w:br/>
      </w:r>
      <w:r>
        <w:t>Najemca płaci czynsz w wysokości …………………… (kwota) zł miesięcznie, z góry do …………………… (dzień) dnia każdego miesiąca, na rachunek nr …………………… (numer rachunku). Najemca pokrywa ponadto opłaty: …………………… (wymienić opłaty).</w:t>
      </w:r>
    </w:p>
    <w:p>
      <w:pPr>
        <w:jc w:val="left"/>
      </w:pPr>
      <w:r>
        <w:rPr>
          <w:b/>
        </w:rPr>
        <w:t>§ 4. Kaucja</w:t>
      </w:r>
      <w:r>
        <w:br/>
      </w:r>
      <w:r>
        <w:t>Najemca wpłaca kaucję w wysokości …………………… (kwota, maks. 6-krotność czynszu) zł. Kaucja podlega zwrotowi w ciągu miesiąca od opróżnienia lokalu, po potrąceniu należności Wynajmującego.</w:t>
      </w:r>
    </w:p>
    <w:p>
      <w:pPr>
        <w:jc w:val="left"/>
      </w:pPr>
      <w:r>
        <w:rPr>
          <w:b/>
        </w:rPr>
        <w:t>§ 5. Załączniki obowiązkowe</w:t>
      </w:r>
      <w:r>
        <w:br/>
      </w:r>
      <w:r>
        <w:t>Integralną część umowy stanowią:</w:t>
      </w:r>
      <w:r>
        <w:br/>
      </w:r>
      <w:r>
        <w:t>1) oświadczenie Najemcy w formie aktu notarialnego, w którym Najemca poddał się egzekucji i zobowiązał się do opróżnienia i wydania lokalu w terminie wskazanym w żądaniu Wynajmującego;</w:t>
      </w:r>
      <w:r>
        <w:br/>
      </w:r>
      <w:r>
        <w:t>2) wskazanie przez Najemcę lokalu, w którym będzie mógł zamieszkać w razie wykonania egzekucji: …………………… (adres lokalu zastępczego);</w:t>
      </w:r>
      <w:r>
        <w:br/>
      </w:r>
      <w:r>
        <w:t>3) oświadczenie właściciela lokalu zastępczego o wyrażeniu zgody na zamieszkanie Najemcy, z podpisem notarialnie poświadczonym.</w:t>
      </w:r>
    </w:p>
    <w:p>
      <w:pPr>
        <w:jc w:val="both"/>
      </w:pPr>
      <w:r>
        <w:rPr>
          <w:b/>
        </w:rPr>
        <w:t>§ 6. Zgłoszenie umowy</w:t>
      </w:r>
      <w:r>
        <w:br/>
      </w:r>
      <w:r>
        <w:t>Wynajmujący zgłosi zawarcie umowy naczelnikowi urzędu skarbowego właściwemu dla swojego miejsca zamieszkania w terminie 14 dni od dnia rozpoczęcia najmu.</w:t>
      </w:r>
    </w:p>
    <w:p>
      <w:pPr>
        <w:jc w:val="left"/>
      </w:pPr>
      <w:r>
        <w:rPr>
          <w:b/>
        </w:rPr>
        <w:t>§ 7. Wypowiedzenie</w:t>
      </w:r>
      <w:r>
        <w:br/>
      </w:r>
      <w:r>
        <w:t>Wynajmujący może wypowiedzieć umowę z zachowaniem miesięcznego okresu wypowiedzenia w przypadkach określonych w ustawie o ochronie praw lokatorów. Najemca może wypowiedzieć umowę w następujących przypadkach: …………………… (przypadki i okres wypowiedzenia).</w:t>
      </w:r>
    </w:p>
    <w:p>
      <w:pPr>
        <w:jc w:val="both"/>
      </w:pPr>
      <w:r>
        <w:rPr>
          <w:b/>
        </w:rPr>
        <w:t>§ 8. Postanowienia końcowe</w:t>
      </w:r>
      <w:r>
        <w:br/>
      </w:r>
      <w:r>
        <w:t>Zmiany umowy wymagają formy pisemnej. W sprawach nieuregulowanych stosuje się przepisy ustawy o ochronie praw lokatorów i Kodeksu cywilnego. Umowę sporządzono w dwóch jednobrzmiących egzemplarzach.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</w:tr>
      <w:tr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Wynajmującego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Najemcy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blogg.pl/wzory/umowa-najmu-okazjonalnego/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najmu okazjonalnego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