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8"/>
        </w:rPr>
        <w:t>UMOWA KUPNA-SPRZEDAŻY SAMOCHODU</w:t>
      </w:r>
    </w:p>
    <w:p>
      <w:pPr>
        <w:jc w:val="left"/>
      </w:pPr>
      <w:r>
        <w:t>zawarta w dniu …………………… (data) w …………………… (miejscowość) o godz. …………………… (godzina) pomiędzy:</w:t>
      </w:r>
    </w:p>
    <w:p>
      <w:pPr>
        <w:jc w:val="left"/>
      </w:pPr>
      <w:r>
        <w:t>Sprzedającym: …………………… (imię i nazwisko), zam. …………………… (adres), legitymującym się dowodem osobistym nr …………………… (seria i numer), PESEL …………………… (PESEL),</w:t>
      </w:r>
    </w:p>
    <w:p>
      <w:pPr>
        <w:jc w:val="left"/>
      </w:pPr>
      <w:r>
        <w:t>a</w:t>
      </w:r>
    </w:p>
    <w:p>
      <w:pPr>
        <w:jc w:val="left"/>
      </w:pPr>
      <w:r>
        <w:t>Kupującym: …………………… (imię i nazwisko), zam. …………………… (adres), legitymującym się dowodem osobistym nr …………………… (seria i numer), PESEL …………………… (PESEL).</w:t>
      </w:r>
    </w:p>
    <w:p>
      <w:pPr>
        <w:jc w:val="left"/>
      </w:pPr>
      <w:r>
        <w:rPr>
          <w:b/>
        </w:rPr>
        <w:t>§ 1. Przedmiot umowy</w:t>
      </w:r>
      <w:r>
        <w:br/>
      </w:r>
      <w:r>
        <w:t>Sprzedający sprzedaje, a Kupujący kupuje samochód osobowy marki …………………… (marka), model …………………… (model), rok produkcji …………………… (rok), numer VIN …………………… (numer VIN), numer rejestracyjny …………………… (numer rejestracyjny), kolor …………………… (kolor), przebieg …………………… (przebieg) km, numer karty pojazdu …………………… (numer karty pojazdu lub „nie wydano”).</w:t>
      </w:r>
    </w:p>
    <w:p>
      <w:pPr>
        <w:jc w:val="left"/>
      </w:pPr>
      <w:r>
        <w:rPr>
          <w:b/>
        </w:rPr>
        <w:t>§ 2. Oświadczenia Sprzedającego</w:t>
      </w:r>
      <w:r>
        <w:br/>
      </w:r>
      <w:r>
        <w:t>Sprzedający oświadcza, że samochód stanowi jego wyłączną własność, jest wolny od wad prawnych, nie jest przedmiotem zastawu ani zabezpieczenia i nie toczy się wobec niego żadne postępowanie. Sprzedający informuje o znanych mu wadach: …………………… (opis wad albo „brak znanych wad”).</w:t>
      </w:r>
    </w:p>
    <w:p>
      <w:pPr>
        <w:jc w:val="left"/>
      </w:pPr>
      <w:r>
        <w:rPr>
          <w:b/>
        </w:rPr>
        <w:t>§ 3. Cena</w:t>
      </w:r>
      <w:r>
        <w:br/>
      </w:r>
      <w:r>
        <w:t>Strony ustalają cenę na kwotę …………………… (kwota) zł (słownie: …………………… (kwota słownie) złotych). Kupujący zapłacił cenę …………………… (gotówką przy podpisaniu umowy / przelewem na rachunek nr …), a Sprzedający potwierdza jej otrzymanie.</w:t>
      </w:r>
    </w:p>
    <w:p>
      <w:pPr>
        <w:jc w:val="left"/>
      </w:pPr>
      <w:r>
        <w:rPr>
          <w:b/>
        </w:rPr>
        <w:t>§ 4. Wydanie pojazdu</w:t>
      </w:r>
      <w:r>
        <w:br/>
      </w:r>
      <w:r>
        <w:t>Sprzedający wydaje Kupującemu samochód wraz z dowodem rejestracyjnym, kartą pojazdu (jeśli została wydana), polisą OC, …………………… (liczba) kompletami kluczyków oraz …………………… (inne dokumenty, np. książka serwisowa) w dniu podpisania umowy. Z chwilą wydania pojazdu na Kupującego przechodzą korzyści i ciężary z nim związane.</w:t>
      </w:r>
    </w:p>
    <w:p>
      <w:pPr>
        <w:jc w:val="left"/>
      </w:pPr>
      <w:r>
        <w:rPr>
          <w:b/>
        </w:rPr>
        <w:t>§ 5. Stan techniczny</w:t>
      </w:r>
      <w:r>
        <w:br/>
      </w:r>
      <w:r>
        <w:t>Kupujący oświadcza, że zapoznał się ze stanem technicznym samochodu i odbył jazdę próbną. …………………… (Opcjonalnie: Strony wyłączają odpowiedzialność Sprzedającego z tytułu rękojmi.)</w:t>
      </w:r>
    </w:p>
    <w:p>
      <w:pPr>
        <w:jc w:val="both"/>
      </w:pPr>
      <w:r>
        <w:rPr>
          <w:b/>
        </w:rPr>
        <w:t>§ 6. Postanowienia końcowe</w:t>
      </w:r>
      <w:r>
        <w:br/>
      </w:r>
      <w:r>
        <w:t>Koszty związane z zawarciem umowy, w tym podatek od czynności cywilnoprawnych, ponosi Kupujący. W sprawach nieuregulowanych stosuje się przepisy Kodeksu cywilnego. Umowę sporządzono w dwóch jednobrzmiących egzemplarzach, po jednym dla każdej ze stron.</w:t>
      </w:r>
    </w:p>
    <w:tbl>
      <w:tblPr>
        <w:tblW w:type="auto" w:w="0"/>
        <w:tblLook w:firstColumn="1" w:firstRow="1" w:lastColumn="0" w:lastRow="0" w:noHBand="0" w:noVBand="1" w:val="04A0"/>
      </w:tblPr>
      <w:tblGrid>
        <w:gridCol w:w="4649"/>
        <w:gridCol w:w="4649"/>
      </w:tblGrid>
      <w:tr>
        <w:tc>
          <w:tcPr>
            <w:tcW w:type="dxa" w:w="4649"/>
          </w:tcPr>
          <w:p>
            <w:pPr>
              <w:jc w:val="center"/>
            </w:pPr>
            <w:r>
              <w:br/>
              <w:br/>
              <w:t>........................................</w:t>
            </w:r>
          </w:p>
        </w:tc>
        <w:tc>
          <w:tcPr>
            <w:tcW w:type="dxa" w:w="4649"/>
          </w:tcPr>
          <w:p>
            <w:pPr>
              <w:jc w:val="center"/>
            </w:pPr>
            <w:r>
              <w:br/>
              <w:br/>
              <w:t>........................................</w:t>
            </w:r>
          </w:p>
        </w:tc>
      </w:tr>
      <w:tr>
        <w:tc>
          <w:tcPr>
            <w:tcW w:type="dxa" w:w="4649"/>
          </w:tcPr>
          <w:p>
            <w:pPr>
              <w:jc w:val="center"/>
            </w:pPr>
            <w:r>
              <w:rPr>
                <w:sz w:val="18"/>
              </w:rPr>
              <w:t>podpis Sprzedającego</w:t>
            </w:r>
          </w:p>
        </w:tc>
        <w:tc>
          <w:tcPr>
            <w:tcW w:type="dxa" w:w="4649"/>
          </w:tcPr>
          <w:p>
            <w:pPr>
              <w:jc w:val="center"/>
            </w:pPr>
            <w:r>
              <w:rPr>
                <w:sz w:val="18"/>
              </w:rPr>
              <w:t>podpis Kupującego</w:t>
            </w:r>
          </w:p>
        </w:tc>
      </w:tr>
    </w:tbl>
    <w:sectPr w:rsidR="00FC693F" w:rsidRPr="0006063C" w:rsidSect="00034616">
      <w:footerReference w:type="default" r:id="rId9"/>
      <w:pgSz w:w="11906" w:h="16838"/>
      <w:pgMar w:top="1134" w:right="1304" w:bottom="1134"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color w:val="5B6573"/>
        <w:sz w:val="16"/>
      </w:rPr>
      <w:t>Wzór pobrany z blogg.pl. Omówienie, terminy i najczęstsze błędy: blogg.pl/wzory/umowa-kupna-sprzedazy-samochodu/</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300" w:lineRule="auto"/>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kupna-sprzedaży samochodu – wzór</dc:title>
  <dc:subject/>
  <dc:creator>blogg.pl</dc:creator>
  <cp:keywords/>
  <dc:description>generated by python-docx</dc:description>
  <cp:lastModifiedBy/>
  <cp:revision>1</cp:revision>
  <dcterms:created xsi:type="dcterms:W3CDTF">2013-12-23T23:15:00Z</dcterms:created>
  <dcterms:modified xsi:type="dcterms:W3CDTF">2013-12-23T23:15:00Z</dcterms:modified>
  <cp:category/>
</cp:coreProperties>
</file>