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UMOWA DAROWIZNY</w:t>
      </w:r>
    </w:p>
    <w:p>
      <w:pPr>
        <w:jc w:val="left"/>
      </w:pPr>
      <w:r>
        <w:t>zawarta w dniu …………………… (data) w …………………… (miejscowość) pomiędzy:</w:t>
      </w:r>
    </w:p>
    <w:p>
      <w:pPr>
        <w:jc w:val="left"/>
      </w:pPr>
      <w:r>
        <w:t>Darczyńcą: …………………… (imię i nazwisko), zam. …………………… (adres), PESEL …………………… (PESEL),</w:t>
      </w:r>
    </w:p>
    <w:p>
      <w:pPr>
        <w:jc w:val="left"/>
      </w:pPr>
      <w:r>
        <w:t>a</w:t>
      </w:r>
    </w:p>
    <w:p>
      <w:pPr>
        <w:jc w:val="left"/>
      </w:pPr>
      <w:r>
        <w:t>Obdarowanym: …………………… (imię i nazwisko), zam. …………………… (adres), PESEL …………………… (PESEL).</w:t>
      </w:r>
    </w:p>
    <w:p>
      <w:pPr>
        <w:jc w:val="left"/>
      </w:pPr>
      <w:r>
        <w:rPr>
          <w:b/>
        </w:rPr>
        <w:t>§ 1. Przedmiot darowizny</w:t>
      </w:r>
      <w:r>
        <w:br/>
      </w:r>
      <w:r>
        <w:t>Darczyńca daruje Obdarowanemu …………………… (kwotę … zł (słownie: … złotych) / rzecz: opis rzeczy, np. samochód marki …, VIN …), a Obdarowany darowiznę przyjmuje.</w:t>
      </w:r>
    </w:p>
    <w:p>
      <w:pPr>
        <w:jc w:val="left"/>
      </w:pPr>
      <w:r>
        <w:rPr>
          <w:b/>
        </w:rPr>
        <w:t>§ 2. Wydanie przedmiotu darowizny</w:t>
      </w:r>
      <w:r>
        <w:br/>
      </w:r>
      <w:r>
        <w:t>Darczyńca przekaże kwotę darowizny przelewem na rachunek Obdarowanego nr …………………… (numer rachunku) w terminie do dnia …………………… (data) …………………… (lub: Darczyńca wydaje Obdarowanemu przedmiot darowizny w dniu podpisania umowy).</w:t>
      </w:r>
    </w:p>
    <w:p>
      <w:pPr>
        <w:jc w:val="left"/>
      </w:pPr>
      <w:r>
        <w:rPr>
          <w:b/>
        </w:rPr>
        <w:t>§ 3. Pokrewieństwo</w:t>
      </w:r>
      <w:r>
        <w:br/>
      </w:r>
      <w:r>
        <w:t>Strony oświadczają, że Obdarowany jest dla Darczyńcy …………………… (synem / córką / wnukiem / małżonkiem / bratem / siostrą / inne pokrewieństwo).</w:t>
      </w:r>
    </w:p>
    <w:p>
      <w:pPr>
        <w:jc w:val="both"/>
      </w:pPr>
      <w:r>
        <w:rPr>
          <w:b/>
        </w:rPr>
        <w:t>§ 4. Podatek</w:t>
      </w:r>
      <w:r>
        <w:br/>
      </w:r>
      <w:r>
        <w:t>Ewentualne obowiązki podatkowe związane z darowizną, w tym zgłoszenie nabycia na formularzu SD-Z2 albo złożenie zeznania SD-3, spoczywają na Obdarowanym.</w:t>
      </w:r>
    </w:p>
    <w:p>
      <w:pPr>
        <w:jc w:val="both"/>
      </w:pPr>
      <w:r>
        <w:rPr>
          <w:b/>
        </w:rPr>
        <w:t>§ 5. Postanowienia końcowe</w:t>
      </w:r>
      <w:r>
        <w:br/>
      </w:r>
      <w:r>
        <w:t>W sprawach nieuregulowanych stosuje się przepisy Kodeksu cywilnego. Umowę sporządzono w dwóch jednobrzmiących egzemplarzach.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br/>
              <w:br/>
              <w:t>........................................</w:t>
            </w:r>
          </w:p>
        </w:tc>
      </w:tr>
      <w:tr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Darczyńcy</w:t>
            </w:r>
          </w:p>
        </w:tc>
        <w:tc>
          <w:tcPr>
            <w:tcW w:type="dxa" w:w="4649"/>
          </w:tcPr>
          <w:p>
            <w:pPr>
              <w:jc w:val="center"/>
            </w:pPr>
            <w:r>
              <w:rPr>
                <w:sz w:val="18"/>
              </w:rPr>
              <w:t>podpis Obdarowanego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blogg.pl/wzory/umowa-darowizny/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darowizny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