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nazwisko)</w:t>
      </w:r>
      <w:r>
        <w:br/>
      </w:r>
      <w:r>
        <w:t>…………………… (adres)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nazwa wykonawcy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 wykonawcy</w:t>
      </w:r>
    </w:p>
    <w:p/>
    <w:p>
      <w:pPr>
        <w:jc w:val="center"/>
      </w:pPr>
      <w:r>
        <w:rPr>
          <w:b/>
          <w:sz w:val="26"/>
        </w:rPr>
        <w:t>REKLAMACJA USŁUGI</w:t>
      </w:r>
    </w:p>
    <w:p>
      <w:pPr>
        <w:jc w:val="left"/>
      </w:pPr>
      <w:r>
        <w:t>Dotyczy: usługi …………………… (rodzaj usługi, np. „położenia płytek w łazience”) wykonanej na podstawie …………………… (umowy z dnia … / zlecenia nr … / rachunku nr …) w dniu …………………… (data wykonania), za wynagrodzeniem …………………… (kwota) zł.</w:t>
      </w:r>
    </w:p>
    <w:p>
      <w:pPr>
        <w:jc w:val="left"/>
      </w:pPr>
      <w:r>
        <w:t>Usługa została wykonana wadliwie. Stwierdzone wady:</w:t>
      </w:r>
      <w:r>
        <w:br/>
      </w:r>
      <w:r>
        <w:t>…………………… (opis wad, np. „płytki odpadają przy wannie, fugi popękały po 3 tygodniach”)</w:t>
      </w:r>
    </w:p>
    <w:p>
      <w:pPr>
        <w:jc w:val="left"/>
      </w:pPr>
      <w:r>
        <w:t>Wady zauważyłem/am w dniu …………………… (data). Dokumentację zdjęciową załączam do reklamacji.</w:t>
      </w:r>
    </w:p>
    <w:p>
      <w:pPr>
        <w:jc w:val="left"/>
      </w:pPr>
      <w:r>
        <w:t>W związku z powyższym żądam:</w:t>
      </w:r>
      <w:r>
        <w:br/>
      </w:r>
      <w:r>
        <w:t>…………………… (usunięcia wad w terminie do … / obniżenia wynagrodzenia o … zł / zwrotu wynagrodzenia w kwocie … zł)</w:t>
      </w:r>
    </w:p>
    <w:p>
      <w:r>
        <w:rPr>
          <w:i/>
          <w:color w:val="5B6573"/>
        </w:rPr>
        <w:t>(Opcjonalnie: Proszę o kontakt w celu ustalenia terminu oględzin pod numerem telefonu …)</w:t>
      </w:r>
    </w:p>
    <w:p>
      <w:pPr>
        <w:jc w:val="left"/>
      </w:pPr>
      <w:r>
        <w:t>Proszę o odpowiedź na reklamację w terminie 14 dni od jej otrzymania, na adres e-mail …………………… (adres e-mail).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…………………… (kopia umowy lub rachunku)</w:t>
      </w:r>
      <w:r>
        <w:br/>
      </w:r>
      <w:r>
        <w:t>2. …………………… (zdjęcia wad)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blogg.pl/wzory/reklamacja-uslugi/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Reklamacja usługi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