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…………………… (imię i nazwisko)</w:t>
      </w:r>
      <w:r>
        <w:br/>
      </w:r>
      <w:r>
        <w:t>…………………… (adres)</w:t>
      </w:r>
      <w:r>
        <w:br/>
      </w:r>
      <w:r>
        <w:t>…………………… (telefon) · …………………… (e-mail)</w:t>
      </w:r>
    </w:p>
    <w:p>
      <w:pPr>
        <w:jc w:val="left"/>
      </w:pPr>
      <w:r>
        <w:t>…………………… (miejscowość), …………………… (data)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nazwa sprzedawcy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adres sprzedawcy</w:t>
      </w:r>
    </w:p>
    <w:p/>
    <w:p>
      <w:pPr>
        <w:jc w:val="center"/>
      </w:pPr>
      <w:r>
        <w:rPr>
          <w:b/>
          <w:sz w:val="26"/>
        </w:rPr>
        <w:t>REKLAMACJA TOWARU NIEZGODNEGO Z UMOWĄ</w:t>
      </w:r>
    </w:p>
    <w:p>
      <w:pPr>
        <w:jc w:val="left"/>
      </w:pPr>
      <w:r>
        <w:t>Dnia …………………… (data zakupu) kupiłem/am w Państwa sklepie …………………… (nazwa towaru, model, numer seryjny) za kwotę …………………… (kwota) zł, co potwierdza …………………… (paragon / faktura / potwierdzenie zamówienia nr …).</w:t>
      </w:r>
    </w:p>
    <w:p>
      <w:pPr>
        <w:jc w:val="left"/>
      </w:pPr>
      <w:r>
        <w:t>Towar jest niezgodny z umową. Niezgodność polega na …………………… (opis wady: co nie działa, kiedy i w jakich okolicznościach się pojawia). Niezgodność stwierdziłem/am dnia …………………… (data).</w:t>
      </w:r>
    </w:p>
    <w:p>
      <w:pPr>
        <w:jc w:val="left"/>
      </w:pPr>
      <w:r>
        <w:t>Na podstawie art. 43d ustawy o prawach konsumenta żądam …………………… (naprawy / wymiany towaru na nowy, wolny od wad).</w:t>
      </w:r>
    </w:p>
    <w:p>
      <w:r>
        <w:rPr>
          <w:i/>
          <w:color w:val="5B6573"/>
        </w:rPr>
        <w:t>(Opcjonalnie: Towar jest do odbioru pod adresem … / Towar przesyłam w załączeniu.)</w:t>
      </w:r>
    </w:p>
    <w:p>
      <w:pPr>
        <w:jc w:val="left"/>
      </w:pPr>
      <w:r>
        <w:t>Proszę o odpowiedź na adres e-mail …………………… (adres e-mail). Przypominam, że zgodnie z art. 7a ustawy o prawach konsumenta brak odpowiedzi w terminie 14 dni oznacza uznanie reklamacji.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</w:t>
      </w:r>
    </w:p>
    <w:p>
      <w:pPr>
        <w:jc w:val="left"/>
      </w:pPr>
      <w:r>
        <w:t>Załączniki:</w:t>
      </w:r>
      <w:r>
        <w:br/>
      </w:r>
      <w:r>
        <w:t>1. Kopia …………………… (paragonu / faktury / potwierdzenia zamówienia)</w:t>
      </w:r>
      <w:r>
        <w:br/>
      </w:r>
      <w:r>
        <w:t>2. …………………… (Zdjęcia wady)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blogg.pl/wzory/reklamacja-towaru/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Reklamacja towaru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