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POROZUMIENIE O ROZWIĄZANIU UMOWY O PRACĘ</w:t>
      </w:r>
    </w:p>
    <w:p>
      <w:pPr>
        <w:jc w:val="left"/>
      </w:pPr>
      <w:r>
        <w:t>zawarte w dniu …………………… (data) w …………………… (miejscowość) pomiędzy:</w:t>
      </w:r>
    </w:p>
    <w:p>
      <w:pPr>
        <w:jc w:val="left"/>
      </w:pPr>
      <w:r>
        <w:t>…………………… (nazwa pracodawcy), …………………… (adres), reprezentowanym przez …………………… (imię i nazwisko, stanowisko) – Pracodawcą,</w:t>
      </w:r>
    </w:p>
    <w:p>
      <w:pPr>
        <w:jc w:val="left"/>
      </w:pPr>
      <w:r>
        <w:t>a</w:t>
      </w:r>
    </w:p>
    <w:p>
      <w:pPr>
        <w:jc w:val="left"/>
      </w:pPr>
      <w:r>
        <w:t>…………………… (imię i nazwisko pracownika), zam. …………………… (adres) – Pracownikiem.</w:t>
      </w:r>
    </w:p>
    <w:p>
      <w:pPr>
        <w:jc w:val="left"/>
      </w:pPr>
      <w:r>
        <w:rPr>
          <w:b/>
        </w:rPr>
        <w:t>§ 1</w:t>
      </w:r>
      <w:r>
        <w:br/>
      </w:r>
      <w:r>
        <w:t>Strony zgodnie postanawiają rozwiązać umowę o pracę zawartą w dniu …………………… (data zawarcia umowy) na mocy porozumienia stron z dniem …………………… (data rozwiązania).</w:t>
      </w:r>
    </w:p>
    <w:p>
      <w:pPr>
        <w:jc w:val="left"/>
      </w:pPr>
      <w:r>
        <w:rPr>
          <w:b/>
        </w:rPr>
        <w:t>§ 2</w:t>
      </w:r>
      <w:r>
        <w:br/>
      </w:r>
      <w:r>
        <w:t>Porozumienie zostaje zawarte z inicjatywy …………………… (Pracownika / Pracodawcy).</w:t>
      </w:r>
    </w:p>
    <w:p>
      <w:pPr>
        <w:jc w:val="left"/>
      </w:pPr>
      <w:r>
        <w:rPr>
          <w:b/>
        </w:rPr>
        <w:t>§ 3</w:t>
      </w:r>
      <w:r>
        <w:br/>
      </w:r>
      <w:r>
        <w:t>…………………… (Opcjonalnie: Pracownik wykorzysta przysługujący mu urlop wypoczynkowy w wymiarze … dni w okresie od … do … / Pracodawca wypłaci ekwiwalent za niewykorzystany urlop w wymiarze … dni.)</w:t>
      </w:r>
    </w:p>
    <w:p>
      <w:pPr>
        <w:jc w:val="left"/>
      </w:pPr>
      <w:r>
        <w:rPr>
          <w:b/>
        </w:rPr>
        <w:t>§ 4</w:t>
      </w:r>
      <w:r>
        <w:br/>
      </w:r>
      <w:r>
        <w:t>…………………… (Opcjonalnie: Pracodawca wypłaci Pracownikowi odprawę w wysokości … zł, ponieważ rozwiązanie umowy następuje z przyczyn niedotyczących Pracownika.)</w:t>
      </w:r>
    </w:p>
    <w:p>
      <w:pPr>
        <w:jc w:val="both"/>
      </w:pPr>
      <w:r>
        <w:rPr>
          <w:b/>
        </w:rPr>
        <w:t>§ 5</w:t>
      </w:r>
      <w:r>
        <w:br/>
      </w:r>
      <w:r>
        <w:t>Pracodawca wyda Pracownikowi świadectwo pracy w dniu rozwiązania umowy. Porozumienie sporządzono w dwóch jednobrzmiących egzemplarzach.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</w:tr>
      <w:tr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Pracodawcy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Pracownika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blogg.pl/wzory/porozumienie-stron-rozwiazanie-umowy-o-prace/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Rozwiązanie umowy o pracę za porozumieniem stron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