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imię i nazwisko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adres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telefon lub e-mail</w:t>
      </w:r>
    </w:p>
    <w:p/>
    <w:p>
      <w:pPr>
        <w:jc w:val="left"/>
      </w:pPr>
      <w:r>
        <w:t>…………………… (miejscowość), …………………… (data)</w:t>
      </w:r>
    </w:p>
    <w:p>
      <w:pPr>
        <w:spacing w:after="40"/>
        <w:jc w:val="right"/>
      </w:pPr>
      <w:r>
        <w:t>.............................................</w:t>
        <w:br/>
      </w:r>
      <w:r>
        <w:rPr>
          <w:sz w:val="18"/>
        </w:rPr>
        <w:t>nazwa urzędu, szkoły lub firmy</w:t>
      </w:r>
    </w:p>
    <w:p>
      <w:pPr>
        <w:spacing w:after="40"/>
        <w:jc w:val="right"/>
      </w:pPr>
      <w:r>
        <w:t>.............................................</w:t>
        <w:br/>
      </w:r>
      <w:r>
        <w:rPr>
          <w:sz w:val="18"/>
        </w:rPr>
        <w:t>adres adresata</w:t>
      </w:r>
    </w:p>
    <w:p/>
    <w:p>
      <w:pPr>
        <w:jc w:val="center"/>
      </w:pPr>
      <w:r>
        <w:rPr>
          <w:b/>
          <w:sz w:val="26"/>
        </w:rPr>
        <w:t>PODANIE</w:t>
      </w:r>
    </w:p>
    <w:p>
      <w:pPr>
        <w:jc w:val="left"/>
      </w:pPr>
      <w:r>
        <w:t>Zwracam się z uprzejmą prośbą o …………………… (czego dotyczy prośba, np. „wydanie zaświadczenia o …”, „przedłużenie terminu złożenia pracy dyplomowej do dnia …”).</w:t>
      </w:r>
    </w:p>
    <w:p>
      <w:pPr>
        <w:jc w:val="left"/>
      </w:pPr>
      <w:r>
        <w:t>Swoją prośbę uzasadniam tym, że …………………… (krótkie uzasadnienie: fakty, daty, okoliczności).</w:t>
      </w:r>
    </w:p>
    <w:p>
      <w:r>
        <w:rPr>
          <w:i/>
          <w:color w:val="5B6573"/>
        </w:rPr>
        <w:t>(Opcjonalnie: Proszę o przesłanie odpowiedzi na adres e-mail … / odbiór osobisty.)</w:t>
      </w:r>
    </w:p>
    <w:p>
      <w:pPr>
        <w:jc w:val="left"/>
      </w:pPr>
      <w:r>
        <w:t>Z poważaniem</w:t>
      </w:r>
    </w:p>
    <w:p>
      <w:pPr>
        <w:jc w:val="right"/>
      </w:pPr>
      <w:r>
        <w:br/>
        <w:t>........................................</w:t>
        <w:br/>
      </w:r>
      <w:r>
        <w:rPr>
          <w:sz w:val="18"/>
        </w:rPr>
        <w:t>podpis</w:t>
      </w:r>
    </w:p>
    <w:p>
      <w:pPr>
        <w:jc w:val="left"/>
      </w:pPr>
      <w:r>
        <w:t>Załączniki:</w:t>
      </w:r>
      <w:r>
        <w:br/>
      </w:r>
      <w:r>
        <w:t>1. …………………… (nazwa załącznika)</w:t>
      </w:r>
      <w:r>
        <w:br/>
      </w:r>
      <w:r>
        <w:t>2. …………………… (nazwa załącznika)</w:t>
      </w:r>
    </w:p>
    <w:sectPr w:rsidR="00FC693F" w:rsidRPr="0006063C" w:rsidSect="00034616">
      <w:footerReference w:type="default" r:id="rId9"/>
      <w:pgSz w:w="11906" w:h="16838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B6573"/>
        <w:sz w:val="16"/>
      </w:rPr>
      <w:t>Wzór pobrany z blogg.pl. Omówienie, terminy i najczęstsze błędy: blogg.pl/wzory/podanie/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Podanie – wzór</dc:title>
  <dc:subject/>
  <dc:creator>blogg.pl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