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t>…………………… (miejscowość), …………………… (data)</w:t>
      </w:r>
    </w:p>
    <w:p>
      <w:pPr>
        <w:jc w:val="center"/>
      </w:pPr>
      <w:r>
        <w:rPr>
          <w:b/>
          <w:sz w:val="26"/>
        </w:rPr>
        <w:t>PEŁNOMOCNICTWO</w:t>
      </w:r>
    </w:p>
    <w:p>
      <w:pPr>
        <w:jc w:val="left"/>
      </w:pPr>
      <w:r>
        <w:t>Ja, niżej podpisany/a …………………… (imię i nazwisko mocodawcy), zam. …………………… (adres), legitymujący/a się dowodem osobistym nr …………………… (seria i numer), PESEL …………………… (PESEL),</w:t>
      </w:r>
    </w:p>
    <w:p>
      <w:pPr>
        <w:jc w:val="left"/>
      </w:pPr>
      <w:r>
        <w:t>udzielam pełnomocnictwa</w:t>
      </w:r>
    </w:p>
    <w:p>
      <w:pPr>
        <w:jc w:val="left"/>
      </w:pPr>
      <w:r>
        <w:t>Panu/Pani …………………… (imię i nazwisko pełnomocnika), zam. …………………… (adres), legitymującemu/ej się dowodem osobistym nr …………………… (seria i numer), PESEL …………………… (PESEL),</w:t>
      </w:r>
    </w:p>
    <w:p>
      <w:pPr>
        <w:jc w:val="left"/>
      </w:pPr>
      <w:r>
        <w:t>do …………………… (dokładny opis spraw, które ma załatwić pełnomocnik).</w:t>
      </w:r>
    </w:p>
    <w:p>
      <w:pPr>
        <w:jc w:val="left"/>
      </w:pPr>
      <w:r>
        <w:t>Pełnomocnik …………………… (jest / nie jest) uprawniony do udzielania dalszych pełnomocnictw.</w:t>
      </w:r>
    </w:p>
    <w:p>
      <w:pPr>
        <w:jc w:val="left"/>
      </w:pPr>
      <w:r>
        <w:t>Pełnomocnictwo jest ważne …………………… (bezterminowo / do dnia …).</w:t>
      </w:r>
    </w:p>
    <w:p>
      <w:pPr>
        <w:jc w:val="right"/>
      </w:pPr>
      <w:r>
        <w:br/>
        <w:t>........................................</w:t>
        <w:br/>
      </w:r>
      <w:r>
        <w:rPr>
          <w:sz w:val="18"/>
        </w:rPr>
        <w:t>podpis mocodawcy</w:t>
      </w:r>
    </w:p>
    <w:sectPr w:rsidR="00FC693F" w:rsidRPr="0006063C" w:rsidSect="00034616">
      <w:footerReference w:type="default" r:id="rId9"/>
      <w:pgSz w:w="11906" w:h="16838"/>
      <w:pgMar w:top="1134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color w:val="5B6573"/>
        <w:sz w:val="16"/>
      </w:rPr>
      <w:t>Wzór pobrany z blogg.pl. Omówienie, terminy i najczęstsze błędy: blogg.pl/wzory/pelnomocnictwo/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Pełnomocnictwo – wzór</dc:title>
  <dc:subject/>
  <dc:creator>blogg.pl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