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telefon lub e-mail</w:t>
      </w:r>
    </w:p>
    <w:p/>
    <w:p>
      <w:pPr>
        <w:jc w:val="left"/>
      </w:pPr>
      <w:r>
        <w:t>…………………… (miejscowość), …………………… (data)</w:t>
      </w:r>
    </w:p>
    <w:p>
      <w:pPr>
        <w:jc w:val="left"/>
      </w:pPr>
      <w:r>
        <w:t>…………………… (nazwa organu wyższego stopnia, np. Samorządowe Kolegium Odwoławcze w …)</w:t>
      </w:r>
      <w:r>
        <w:br/>
      </w:r>
      <w:r>
        <w:t>za pośrednictwem</w:t>
      </w:r>
      <w:r>
        <w:br/>
      </w:r>
      <w:r>
        <w:t>…………………… (nazwa organu, który wydał decyzję)</w:t>
      </w:r>
      <w:r>
        <w:br/>
      </w:r>
      <w:r>
        <w:t>…………………… (adres organu)</w:t>
      </w:r>
    </w:p>
    <w:p>
      <w:pPr>
        <w:jc w:val="center"/>
      </w:pPr>
      <w:r>
        <w:rPr>
          <w:b/>
          <w:sz w:val="26"/>
        </w:rPr>
        <w:t>ODWOŁANIE OD DECYZJI</w:t>
      </w:r>
    </w:p>
    <w:p>
      <w:pPr>
        <w:jc w:val="left"/>
      </w:pPr>
      <w:r>
        <w:t>Dotyczy: decyzji …………………… (nazwa organu) nr …………………… (numer decyzji) z dnia …………………… (data decyzji), doręczonej mi dnia …………………… (data doręczenia), w sprawie …………………… (czego dotyczy decyzja).</w:t>
      </w:r>
    </w:p>
    <w:p>
      <w:pPr>
        <w:jc w:val="left"/>
      </w:pPr>
      <w:r>
        <w:t>Na podstawie art. 127 § 1 Kodeksu postępowania administracyjnego wnoszę odwołanie od powyższej decyzji i wnoszę o …………………… (uchylenie decyzji w całości i orzeczenie co do istoty sprawy / uchylenie decyzji i przekazanie sprawy do ponownego rozpatrzenia).</w:t>
      </w:r>
    </w:p>
    <w:p>
      <w:pPr>
        <w:jc w:val="left"/>
      </w:pPr>
      <w:r>
        <w:t>Uzasadnienie</w:t>
      </w:r>
      <w:r>
        <w:br/>
      </w:r>
      <w:r>
        <w:t>…………………… (Krótko opisz, z czym się nie zgadzasz: jakie fakty organ pominął, jakie dowody nie zostały uwzględnione, jaki przepis został źle zastosowany.)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</w:t>
      </w:r>
    </w:p>
    <w:p>
      <w:pPr>
        <w:jc w:val="left"/>
      </w:pPr>
      <w:r>
        <w:t>Załączniki:</w:t>
      </w:r>
      <w:r>
        <w:br/>
      </w:r>
      <w:r>
        <w:t>1. …………………… (kopia decyzji)</w:t>
      </w:r>
      <w:r>
        <w:br/>
      </w:r>
      <w:r>
        <w:t>2. …………………… (dowody, np. dokumenty, zdjęcia, opinie)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blogg.pl/wzory/odwolanie-od-decyzji/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Odwołanie od decyzji administracyjnej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