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e-mail</w:t>
      </w:r>
    </w:p>
    <w:p/>
    <w:p>
      <w:pPr>
        <w:jc w:val="left"/>
      </w:pPr>
      <w:r>
        <w:t>…………………… (miejscowość), …………………… (data)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nazwa sklepu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adres sklepu lub adres e-mail do zwrotów</w:t>
      </w:r>
    </w:p>
    <w:p/>
    <w:p>
      <w:pPr>
        <w:jc w:val="center"/>
      </w:pPr>
      <w:r>
        <w:rPr>
          <w:b/>
          <w:sz w:val="26"/>
        </w:rPr>
        <w:t>OŚWIADCZENIE O ODSTĄPIENIU OD UMOWY ZAWARTEJ NA ODLEGŁOŚĆ</w:t>
      </w:r>
    </w:p>
    <w:p>
      <w:pPr>
        <w:jc w:val="left"/>
      </w:pPr>
      <w:r>
        <w:t>Niniejszym informuję o moim odstąpieniu od umowy sprzedaży następujących rzeczy: …………………… (nazwa towaru, ilość).</w:t>
      </w:r>
    </w:p>
    <w:p>
      <w:pPr>
        <w:jc w:val="left"/>
      </w:pPr>
      <w:r>
        <w:t>Data zawarcia umowy: …………………… (data zamówienia)</w:t>
      </w:r>
      <w:r>
        <w:br/>
      </w:r>
      <w:r>
        <w:t>Data odbioru towaru: …………………… (data odbioru)</w:t>
      </w:r>
      <w:r>
        <w:br/>
      </w:r>
      <w:r>
        <w:t>Numer zamówienia: …………………… (numer zamówienia)</w:t>
      </w:r>
    </w:p>
    <w:p>
      <w:pPr>
        <w:jc w:val="left"/>
      </w:pPr>
      <w:r>
        <w:t>Proszę o zwrot płatności w kwocie …………………… (kwota) zł na rachunek bankowy nr …………………… (numer rachunku) …………………… (lub: tą samą metodą, którą zapłaciłem/am).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– tylko przy wersji papierowej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blogg.pl/wzory/odstapienie-od-umowy-zawartej-na-odleglosc/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Odstąpienie od umowy zawartej na odległość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