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 osoby rekrutującej lub „Dział Rekrutacji”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nazwa firmy</w:t>
      </w:r>
    </w:p>
    <w:p/>
    <w:p>
      <w:pPr>
        <w:jc w:val="left"/>
      </w:pPr>
      <w:r>
        <w:t>Dotyczy: …………………… (nazwa stanowiska), …………………… (numer referencyjny ogłoszenia, jeśli jest)</w:t>
      </w:r>
    </w:p>
    <w:p>
      <w:pPr>
        <w:jc w:val="left"/>
      </w:pPr>
      <w:r>
        <w:t>…………………… (Szanowna Pani / Szanowny Panie) …………………… (imię lub nazwisko),</w:t>
      </w:r>
    </w:p>
    <w:p>
      <w:pPr>
        <w:jc w:val="left"/>
      </w:pPr>
      <w:r>
        <w:t>z zainteresowaniem przeczytałem/am ogłoszenie o pracy na stanowisku …………………… (nazwa stanowiska) opublikowane w …………………… (miejsce publikacji). …………………… (Jedno zdanie, dlaczego właśnie ta firma, np. „Od dwóch lat korzystam z Państwa aplikacji i cenię to, że …”).</w:t>
      </w:r>
    </w:p>
    <w:p>
      <w:pPr>
        <w:jc w:val="left"/>
      </w:pPr>
      <w:r>
        <w:t>Od …………………… (liczba) lat pracuję jako …………………… (obecne stanowisko) w …………………… (nazwa firmy). …………………… (Najważniejsze osiągnięcie dopasowane do ogłoszenia, z liczbą). …………………… (Drugie osiągnięcie lub umiejętność, której wymaga ogłoszenie).</w:t>
      </w:r>
    </w:p>
    <w:p>
      <w:pPr>
        <w:jc w:val="left"/>
      </w:pPr>
      <w:r>
        <w:t>W Państwa zespole chciałbym/chciałabym …………………… (co konkretnie wniesiesz w pierwszych miesiącach). …………………… (Jedno zdanie o tym, co Cię motywuje w tej roli).</w:t>
      </w:r>
    </w:p>
    <w:p>
      <w:pPr>
        <w:jc w:val="left"/>
      </w:pPr>
      <w:r>
        <w:t>Chętnie opowiem więcej podczas rozmowy. Jestem dostępny/a …………………… (kiedy, np. „od poniedziałku do piątku po 16:00”) pod numerem …………………… (telefon).</w:t>
      </w:r>
    </w:p>
    <w:p>
      <w:pPr>
        <w:jc w:val="left"/>
      </w:pPr>
      <w:r>
        <w:t>Z wyrazami szacunku</w:t>
      </w:r>
      <w:r>
        <w:br/>
      </w:r>
      <w:r>
        <w:t>…………………… (imię i nazwisko)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blogg.pl/wzory/list-motywacyjny/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motywacyjny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