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nazwisko)</w:t>
      </w:r>
      <w:r>
        <w:br/>
      </w:r>
      <w:r>
        <w:t>…………………… (stanowisko, o które się ubiegasz)</w:t>
      </w:r>
      <w:r>
        <w:br/>
      </w:r>
      <w:r>
        <w:t>…………………… (telefon) · …………………… (e-mail) · …………………… (miasto) · …………………… (link do LinkedIn lub portfolio)</w:t>
      </w:r>
    </w:p>
    <w:p>
      <w:pPr>
        <w:jc w:val="left"/>
      </w:pPr>
      <w:r>
        <w:rPr>
          <w:b/>
        </w:rPr>
        <w:t>PODSUMOWANIE ZAWODOWE</w:t>
      </w:r>
      <w:r>
        <w:br/>
      </w:r>
      <w:r>
        <w:t>…………………… (2–3 zdania: kim jesteś zawodowo, ile lat doświadczenia, w czym jesteś najlepszy i jaki wynik możesz pokazać)</w:t>
      </w:r>
    </w:p>
    <w:p>
      <w:pPr>
        <w:jc w:val="left"/>
      </w:pPr>
      <w:r>
        <w:rPr>
          <w:b/>
        </w:rPr>
        <w:t>DOŚWIADCZENIE ZAWODOWE</w:t>
      </w:r>
      <w:r>
        <w:br/>
      </w:r>
      <w:r>
        <w:t>…………………… (miesiąc i rok) – …………………… (miesiąc i rok lub „obecnie”)</w:t>
      </w:r>
      <w:r>
        <w:br/>
      </w:r>
      <w:r>
        <w:t>…………………… (stanowisko), …………………… (nazwa firmy), …………………… (miasto)</w:t>
      </w:r>
      <w:r>
        <w:br/>
      </w:r>
      <w:r>
        <w:t>– …………………… (osiągnięcie z liczbą, np. „skróciłem czas obsługi zamówień o 30%”)</w:t>
      </w:r>
      <w:r>
        <w:br/>
      </w:r>
      <w:r>
        <w:t>– …………………… (zakres odpowiedzialności)</w:t>
      </w:r>
      <w:r>
        <w:br/>
      </w:r>
      <w:r>
        <w:t>– …………………… (narzędzie lub projekt, którym się wyróżniłeś)</w:t>
      </w:r>
    </w:p>
    <w:p>
      <w:pPr>
        <w:jc w:val="left"/>
      </w:pPr>
      <w:r>
        <w:t>…………………… (miesiąc i rok) – …………………… (miesiąc i rok)</w:t>
      </w:r>
      <w:r>
        <w:br/>
      </w:r>
      <w:r>
        <w:t>…………………… (stanowisko), …………………… (nazwa firmy), …………………… (miasto)</w:t>
      </w:r>
      <w:r>
        <w:br/>
      </w:r>
      <w:r>
        <w:t>– …………………… (osiągnięcie z liczbą)</w:t>
      </w:r>
      <w:r>
        <w:br/>
      </w:r>
      <w:r>
        <w:t>– …………………… (zakres odpowiedzialności)</w:t>
      </w:r>
    </w:p>
    <w:p>
      <w:pPr>
        <w:jc w:val="left"/>
      </w:pPr>
      <w:r>
        <w:rPr>
          <w:b/>
        </w:rPr>
        <w:t>WYKSZTAŁCENIE</w:t>
      </w:r>
      <w:r>
        <w:br/>
      </w:r>
      <w:r>
        <w:t>…………………… (rok) – …………………… (rok)</w:t>
      </w:r>
      <w:r>
        <w:br/>
      </w:r>
      <w:r>
        <w:t>…………………… (nazwa uczelni lub szkoły), …………………… (kierunek), …………………… (stopień)</w:t>
      </w:r>
    </w:p>
    <w:p>
      <w:pPr>
        <w:jc w:val="left"/>
      </w:pPr>
      <w:r>
        <w:rPr>
          <w:b/>
        </w:rPr>
        <w:t>UMIEJĘTNOŚCI</w:t>
      </w:r>
      <w:r>
        <w:br/>
      </w:r>
      <w:r>
        <w:t>…………………… (umiejętność twarda, np. Excel – tabele przestawne) · …………………… (narzędzie) · …………………… (prawo jazdy kat. B)</w:t>
      </w:r>
    </w:p>
    <w:p>
      <w:pPr>
        <w:jc w:val="left"/>
      </w:pPr>
      <w:r>
        <w:rPr>
          <w:b/>
        </w:rPr>
        <w:t>JĘZYKI</w:t>
      </w:r>
      <w:r>
        <w:br/>
      </w:r>
      <w:r>
        <w:t>…………………… (język) – …………………… (poziom wg CEFR, np. B2)</w:t>
      </w:r>
    </w:p>
    <w:p>
      <w:pPr>
        <w:jc w:val="left"/>
      </w:pPr>
      <w:r>
        <w:rPr>
          <w:b/>
        </w:rPr>
        <w:t>KURSY I CERTYFIKATY</w:t>
      </w:r>
      <w:r>
        <w:br/>
      </w:r>
      <w:r>
        <w:t>…………………… (rok) – …………………… (nazwa kursu lub certyfikatu), …………………… (organizator)</w:t>
      </w:r>
    </w:p>
    <w:p>
      <w:pPr>
        <w:jc w:val="left"/>
      </w:pPr>
      <w:r>
        <w:rPr>
          <w:b/>
        </w:rPr>
        <w:t>ZAINTERESOWANIA</w:t>
      </w:r>
      <w:r>
        <w:br/>
      </w:r>
      <w:r>
        <w:t>…………………… (1–2 konkretne zainteresowania, np. „biegi długodystansowe – półmaraton 2025”)</w:t>
      </w:r>
    </w:p>
    <w:p>
      <w:r>
        <w:rPr>
          <w:i/>
          <w:color w:val="5B6573"/>
        </w:rPr>
        <w:t>(Opcjonalnie: Wyrażam zgodę na przetwarzanie moich danych osobowych przez …………………… (nazwa firmy) na potrzeby przyszłych procesów rekrutacyjnych.)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blogg.pl/wzory/cv/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